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TitleJP"/>
      </w:pPr>
      <w:r>
        <w:rPr>
          <w:rFonts w:ascii="BIZ UDPGothic" w:hAnsi="BIZ UDPGothic" w:eastAsia="BIZ UDPGothic" w:cs="BIZ UDPGothic"/>
          <w:b/>
          <w:color w:val="174C40"/>
          <w:sz w:val="36"/>
        </w:rPr>
        <w:t>エントリーシート</w:t>
      </w:r>
    </w:p>
    <w:p>
      <w:pPr>
        <w:spacing w:after="200"/>
      </w:pPr>
      <w:r>
        <w:rPr>
          <w:rFonts w:ascii="BIZ UDPGothic" w:hAnsi="BIZ UDPGothic" w:eastAsia="BIZ UDPGothic" w:cs="BIZ UDPGothic"/>
          <w:b w:val="0"/>
          <w:color w:val="5C6E69"/>
          <w:sz w:val="17"/>
        </w:rPr>
        <w:t>令和8年度 鳥取市研究型地域おこし協力隊｜応募フォーム添付書類</w:t>
      </w:r>
    </w:p>
    <w:p>
      <w:pPr>
        <w:spacing w:after="200"/>
      </w:pPr>
      <w:r>
        <w:rPr>
          <w:rFonts w:ascii="BIZ UDPGothic" w:hAnsi="BIZ UDPGothic" w:eastAsia="BIZ UDPGothic" w:cs="BIZ UDPGothic"/>
          <w:b w:val="0"/>
          <w:color w:val="5C6E69"/>
          <w:sz w:val="17"/>
        </w:rPr>
        <w:t>各項目の説明に沿って記入してください。記入欄は必要に応じて拡張できます。</w:t>
      </w:r>
    </w:p>
    <w:p>
      <w:pPr>
        <w:pStyle w:val="SectionJP"/>
      </w:pPr>
      <w:r>
        <w:rPr>
          <w:rFonts w:ascii="BIZ UDPGothic" w:hAnsi="BIZ UDPGothic" w:eastAsia="BIZ UDPGothic" w:cs="BIZ UDPGothic"/>
          <w:b/>
          <w:color w:val="174C40"/>
          <w:sz w:val="22"/>
        </w:rPr>
        <w:t>01  応募者・研究者情報</w:t>
      </w:r>
    </w:p>
    <w:p>
      <w:pPr>
        <w:pStyle w:val="HintJP"/>
      </w:pPr>
      <w:r>
        <w:rPr>
          <w:rFonts w:ascii="BIZ UDPGothic" w:hAnsi="BIZ UDPGothic" w:eastAsia="BIZ UDPGothic" w:cs="BIZ UDPGothic"/>
          <w:b w:val="0"/>
          <w:color w:val="5C6E69"/>
          <w:sz w:val="17"/>
        </w:rPr>
        <w:t>応募フォームに入力する氏名と同じ表記で記入してください。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6633"/>
      </w:tblGrid>
      <w:tr>
        <w:trPr>
          <w:trHeight w:val="408" w:hRule="atLeast"/>
        </w:trPr>
        <w:tc>
          <w:tcPr>
            <w:tcW w:type="dxa" w:w="2835"/>
            <w:shd w:fill="EAF1ED"/>
            <w:tcBorders>
              <w:bottom w:val="single" w:sz="5" w:color="D8E4DB"/>
            </w:tcBorders>
          </w:tcPr>
          <w:p>
            <w:r>
              <w:rPr>
                <w:rFonts w:ascii="BIZ UDPGothic" w:hAnsi="BIZ UDPGothic" w:eastAsia="BIZ UDPGothic" w:cs="BIZ UDPGothic"/>
                <w:b/>
                <w:color w:val="1F322F"/>
                <w:sz w:val="18"/>
              </w:rPr>
              <w:t>氏名・ふりがな</w:t>
            </w:r>
          </w:p>
        </w:tc>
        <w:tc>
          <w:tcPr>
            <w:tcW w:type="dxa" w:w="6633"/>
            <w:shd w:fill="FAFCFA"/>
            <w:tcBorders>
              <w:bottom w:val="single" w:sz="5" w:color="D8E4DB"/>
            </w:tcBorders>
          </w:tcPr>
          <w:p>
            <w:r>
              <w:rPr>
                <w:rFonts w:ascii="BIZ UDPGothic" w:hAnsi="BIZ UDPGothic" w:eastAsia="BIZ UDPGothic" w:cs="BIZ UDPGothic"/>
                <w:b w:val="0"/>
                <w:color w:val="5C6E69"/>
                <w:sz w:val="18"/>
              </w:rPr>
              <w:t>〈氏名／ふりがな〉</w:t>
            </w:r>
          </w:p>
        </w:tc>
      </w:tr>
      <w:tr>
        <w:trPr>
          <w:trHeight w:val="408" w:hRule="atLeast"/>
        </w:trPr>
        <w:tc>
          <w:tcPr>
            <w:tcW w:type="dxa" w:w="2835"/>
            <w:shd w:fill="EAF1ED"/>
            <w:tcBorders>
              <w:bottom w:val="single" w:sz="5" w:color="D8E4DB"/>
            </w:tcBorders>
          </w:tcPr>
          <w:p>
            <w:r>
              <w:rPr>
                <w:rFonts w:ascii="BIZ UDPGothic" w:hAnsi="BIZ UDPGothic" w:eastAsia="BIZ UDPGothic" w:cs="BIZ UDPGothic"/>
                <w:b/>
                <w:color w:val="1F322F"/>
                <w:sz w:val="18"/>
              </w:rPr>
              <w:t>生年月日</w:t>
            </w:r>
          </w:p>
        </w:tc>
        <w:tc>
          <w:tcPr>
            <w:tcW w:type="dxa" w:w="6633"/>
            <w:shd w:fill="FAFCFA"/>
            <w:tcBorders>
              <w:bottom w:val="single" w:sz="5" w:color="D8E4DB"/>
            </w:tcBorders>
          </w:tcPr>
          <w:p>
            <w:r>
              <w:rPr>
                <w:rFonts w:ascii="BIZ UDPGothic" w:hAnsi="BIZ UDPGothic" w:eastAsia="BIZ UDPGothic" w:cs="BIZ UDPGothic"/>
                <w:b w:val="0"/>
                <w:color w:val="5C6E69"/>
                <w:sz w:val="18"/>
              </w:rPr>
              <w:t>〈西暦 YYYY年MM月DD日〉</w:t>
            </w:r>
          </w:p>
        </w:tc>
      </w:tr>
      <w:tr>
        <w:trPr>
          <w:trHeight w:val="408" w:hRule="atLeast"/>
        </w:trPr>
        <w:tc>
          <w:tcPr>
            <w:tcW w:type="dxa" w:w="2835"/>
            <w:shd w:fill="EAF1ED"/>
            <w:tcBorders>
              <w:bottom w:val="single" w:sz="5" w:color="D8E4DB"/>
            </w:tcBorders>
          </w:tcPr>
          <w:p>
            <w:r>
              <w:rPr>
                <w:rFonts w:ascii="BIZ UDPGothic" w:hAnsi="BIZ UDPGothic" w:eastAsia="BIZ UDPGothic" w:cs="BIZ UDPGothic"/>
                <w:b/>
                <w:color w:val="1F322F"/>
                <w:sz w:val="18"/>
              </w:rPr>
              <w:t>所属機関・部局</w:t>
            </w:r>
          </w:p>
        </w:tc>
        <w:tc>
          <w:tcPr>
            <w:tcW w:type="dxa" w:w="6633"/>
            <w:shd w:fill="FAFCFA"/>
            <w:tcBorders>
              <w:bottom w:val="single" w:sz="5" w:color="D8E4DB"/>
            </w:tcBorders>
          </w:tcPr>
          <w:p>
            <w:r>
              <w:rPr>
                <w:rFonts w:ascii="BIZ UDPGothic" w:hAnsi="BIZ UDPGothic" w:eastAsia="BIZ UDPGothic" w:cs="BIZ UDPGothic"/>
                <w:b w:val="0"/>
                <w:color w:val="5C6E69"/>
                <w:sz w:val="18"/>
              </w:rPr>
              <w:t>〈大学・研究機関名／研究科・専攻など〉</w:t>
            </w:r>
          </w:p>
        </w:tc>
      </w:tr>
      <w:tr>
        <w:trPr>
          <w:trHeight w:val="408" w:hRule="atLeast"/>
        </w:trPr>
        <w:tc>
          <w:tcPr>
            <w:tcW w:type="dxa" w:w="2835"/>
            <w:shd w:fill="EAF1ED"/>
            <w:tcBorders>
              <w:bottom w:val="single" w:sz="5" w:color="D8E4DB"/>
            </w:tcBorders>
          </w:tcPr>
          <w:p>
            <w:r>
              <w:rPr>
                <w:rFonts w:ascii="BIZ UDPGothic" w:hAnsi="BIZ UDPGothic" w:eastAsia="BIZ UDPGothic" w:cs="BIZ UDPGothic"/>
                <w:b/>
                <w:color w:val="1F322F"/>
                <w:sz w:val="18"/>
              </w:rPr>
              <w:t>博士課程の状況</w:t>
            </w:r>
          </w:p>
        </w:tc>
        <w:tc>
          <w:tcPr>
            <w:tcW w:type="dxa" w:w="6633"/>
            <w:shd w:fill="FAFCFA"/>
            <w:tcBorders>
              <w:bottom w:val="single" w:sz="5" w:color="D8E4DB"/>
            </w:tcBorders>
          </w:tcPr>
          <w:p>
            <w:r>
              <w:rPr>
                <w:rFonts w:ascii="BIZ UDPGothic" w:hAnsi="BIZ UDPGothic" w:eastAsia="BIZ UDPGothic" w:cs="BIZ UDPGothic"/>
                <w:b w:val="0"/>
                <w:color w:val="5C6E69"/>
                <w:sz w:val="18"/>
              </w:rPr>
              <w:t>〈在学中（学年）／修了（修了年月）〉</w:t>
            </w:r>
          </w:p>
        </w:tc>
      </w:tr>
      <w:tr>
        <w:trPr>
          <w:trHeight w:val="408" w:hRule="atLeast"/>
        </w:trPr>
        <w:tc>
          <w:tcPr>
            <w:tcW w:type="dxa" w:w="2835"/>
            <w:shd w:fill="EAF1ED"/>
            <w:tcBorders>
              <w:bottom w:val="single" w:sz="5" w:color="D8E4DB"/>
            </w:tcBorders>
          </w:tcPr>
          <w:p>
            <w:r>
              <w:rPr>
                <w:rFonts w:ascii="BIZ UDPGothic" w:hAnsi="BIZ UDPGothic" w:eastAsia="BIZ UDPGothic" w:cs="BIZ UDPGothic"/>
                <w:b/>
                <w:color w:val="1F322F"/>
                <w:sz w:val="18"/>
              </w:rPr>
              <w:t>専門分野</w:t>
            </w:r>
          </w:p>
        </w:tc>
        <w:tc>
          <w:tcPr>
            <w:tcW w:type="dxa" w:w="6633"/>
            <w:shd w:fill="FAFCFA"/>
            <w:tcBorders>
              <w:bottom w:val="single" w:sz="5" w:color="D8E4DB"/>
            </w:tcBorders>
          </w:tcPr>
          <w:p>
            <w:r>
              <w:rPr>
                <w:rFonts w:ascii="BIZ UDPGothic" w:hAnsi="BIZ UDPGothic" w:eastAsia="BIZ UDPGothic" w:cs="BIZ UDPGothic"/>
                <w:b w:val="0"/>
                <w:color w:val="5C6E69"/>
                <w:sz w:val="18"/>
              </w:rPr>
              <w:t>〈主な専門分野・キーワード〉</w:t>
            </w:r>
          </w:p>
        </w:tc>
      </w:tr>
    </w:tbl>
    <w:p>
      <w:pPr>
        <w:pStyle w:val="SectionJP"/>
      </w:pPr>
      <w:r>
        <w:rPr>
          <w:rFonts w:ascii="BIZ UDPGothic" w:hAnsi="BIZ UDPGothic" w:eastAsia="BIZ UDPGothic" w:cs="BIZ UDPGothic"/>
          <w:b/>
          <w:color w:val="174C40"/>
          <w:sz w:val="22"/>
        </w:rPr>
        <w:t>02  これまでの研究・活動</w:t>
      </w:r>
    </w:p>
    <w:p>
      <w:pPr>
        <w:pStyle w:val="MinorJP"/>
      </w:pPr>
      <w:r>
        <w:rPr>
          <w:rFonts w:ascii="BIZ UDPGothic" w:hAnsi="BIZ UDPGothic" w:eastAsia="BIZ UDPGothic" w:cs="BIZ UDPGothic"/>
          <w:b/>
          <w:color w:val="1F322F"/>
          <w:sz w:val="18"/>
        </w:rPr>
        <w:t>研究テーマ・専門性</w:t>
      </w:r>
    </w:p>
    <w:p>
      <w:pPr>
        <w:pStyle w:val="HintJP"/>
      </w:pPr>
      <w:r>
        <w:rPr>
          <w:rFonts w:ascii="BIZ UDPGothic" w:hAnsi="BIZ UDPGothic" w:eastAsia="BIZ UDPGothic" w:cs="BIZ UDPGothic"/>
          <w:b w:val="0"/>
          <w:color w:val="5C6E69"/>
          <w:sz w:val="17"/>
        </w:rPr>
        <w:t>これまで取り組んだテーマ、用いてきた手法、専門性を簡潔に記入してください。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68"/>
      </w:tblGrid>
      <w:tr>
        <w:trPr>
          <w:trHeight w:val="680" w:hRule="atLeast"/>
        </w:trPr>
        <w:tc>
          <w:tcPr>
            <w:tcW w:type="dxa" w:w="9524"/>
            <w:vAlign w:val="top"/>
            <w:shd w:fill="F1F6F3"/>
            <w:tcBorders>
              <w:bottom w:val="single" w:sz="5" w:color="D8E4DB"/>
            </w:tcBorders>
          </w:tcPr>
          <w:p>
            <w:pPr>
              <w:spacing w:before="80"/>
            </w:pPr>
            <w:r>
              <w:rPr>
                <w:rFonts w:ascii="BIZ UDPGothic" w:hAnsi="BIZ UDPGothic" w:eastAsia="BIZ UDPGothic" w:cs="BIZ UDPGothic"/>
                <w:b w:val="0"/>
                <w:color w:val="5C6E69"/>
                <w:sz w:val="18"/>
              </w:rPr>
              <w:t>〈ここに記入してください〉</w:t>
            </w:r>
          </w:p>
        </w:tc>
      </w:tr>
    </w:tbl>
    <w:p>
      <w:pPr>
        <w:pStyle w:val="MinorJP"/>
      </w:pPr>
      <w:r>
        <w:rPr>
          <w:rFonts w:ascii="BIZ UDPGothic" w:hAnsi="BIZ UDPGothic" w:eastAsia="BIZ UDPGothic" w:cs="BIZ UDPGothic"/>
          <w:b/>
          <w:color w:val="1F322F"/>
          <w:sz w:val="18"/>
        </w:rPr>
        <w:t>主な研究成果・活動実績</w:t>
      </w:r>
    </w:p>
    <w:p>
      <w:pPr>
        <w:pStyle w:val="HintJP"/>
      </w:pPr>
      <w:r>
        <w:rPr>
          <w:rFonts w:ascii="BIZ UDPGothic" w:hAnsi="BIZ UDPGothic" w:eastAsia="BIZ UDPGothic" w:cs="BIZ UDPGothic"/>
          <w:b w:val="0"/>
          <w:color w:val="5C6E69"/>
          <w:sz w:val="17"/>
        </w:rPr>
        <w:t>論文、学会発表、調査、実証、地域活動など。該当する実績があれば代表的なものを3件程度。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68"/>
      </w:tblGrid>
      <w:tr>
        <w:trPr>
          <w:trHeight w:val="680" w:hRule="atLeast"/>
        </w:trPr>
        <w:tc>
          <w:tcPr>
            <w:tcW w:type="dxa" w:w="9524"/>
            <w:vAlign w:val="top"/>
            <w:shd w:fill="F1F6F3"/>
            <w:tcBorders>
              <w:bottom w:val="single" w:sz="5" w:color="D8E4DB"/>
            </w:tcBorders>
          </w:tcPr>
          <w:p>
            <w:pPr>
              <w:spacing w:before="80"/>
            </w:pPr>
            <w:r>
              <w:rPr>
                <w:rFonts w:ascii="BIZ UDPGothic" w:hAnsi="BIZ UDPGothic" w:eastAsia="BIZ UDPGothic" w:cs="BIZ UDPGothic"/>
                <w:b w:val="0"/>
                <w:color w:val="5C6E69"/>
                <w:sz w:val="18"/>
              </w:rPr>
              <w:t>〈ここに記入してください〉</w:t>
            </w:r>
          </w:p>
        </w:tc>
      </w:tr>
    </w:tbl>
    <w:p>
      <w:r>
        <w:br w:type="page"/>
      </w:r>
    </w:p>
    <w:p>
      <w:pPr>
        <w:pStyle w:val="SectionJP"/>
      </w:pPr>
      <w:r>
        <w:rPr>
          <w:rFonts w:ascii="BIZ UDPGothic" w:hAnsi="BIZ UDPGothic" w:eastAsia="BIZ UDPGothic" w:cs="BIZ UDPGothic"/>
          <w:b/>
          <w:color w:val="174C40"/>
          <w:sz w:val="22"/>
        </w:rPr>
        <w:t>03  応募動機</w:t>
      </w:r>
    </w:p>
    <w:p>
      <w:pPr>
        <w:pStyle w:val="MinorJP"/>
      </w:pPr>
      <w:r>
        <w:rPr>
          <w:rFonts w:ascii="BIZ UDPGothic" w:hAnsi="BIZ UDPGothic" w:eastAsia="BIZ UDPGothic" w:cs="BIZ UDPGothic"/>
          <w:b/>
          <w:color w:val="1F322F"/>
          <w:sz w:val="18"/>
        </w:rPr>
        <w:t>本制度への応募理由</w:t>
      </w:r>
    </w:p>
    <w:p>
      <w:pPr>
        <w:pStyle w:val="HintJP"/>
      </w:pPr>
      <w:r>
        <w:rPr>
          <w:rFonts w:ascii="BIZ UDPGothic" w:hAnsi="BIZ UDPGothic" w:eastAsia="BIZ UDPGothic" w:cs="BIZ UDPGothic"/>
          <w:b w:val="0"/>
          <w:color w:val="5C6E69"/>
          <w:sz w:val="17"/>
        </w:rPr>
        <w:t>研究上の関心と、鳥取市で活動する動機が分かるように記入してください（400～600字程度を目安）。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68"/>
      </w:tblGrid>
      <w:tr>
        <w:trPr>
          <w:trHeight w:val="1531" w:hRule="atLeast"/>
        </w:trPr>
        <w:tc>
          <w:tcPr>
            <w:tcW w:type="dxa" w:w="9524"/>
            <w:vAlign w:val="top"/>
            <w:shd w:fill="F1F6F3"/>
            <w:tcBorders>
              <w:bottom w:val="single" w:sz="5" w:color="D8E4DB"/>
            </w:tcBorders>
          </w:tcPr>
          <w:p>
            <w:pPr>
              <w:spacing w:before="80"/>
            </w:pPr>
            <w:r>
              <w:rPr>
                <w:rFonts w:ascii="BIZ UDPGothic" w:hAnsi="BIZ UDPGothic" w:eastAsia="BIZ UDPGothic" w:cs="BIZ UDPGothic"/>
                <w:b w:val="0"/>
                <w:color w:val="5C6E69"/>
                <w:sz w:val="18"/>
              </w:rPr>
              <w:t>〈ここに記入してください〉</w:t>
            </w:r>
          </w:p>
        </w:tc>
      </w:tr>
    </w:tbl>
    <w:p>
      <w:pPr>
        <w:pStyle w:val="SectionJP"/>
      </w:pPr>
      <w:r>
        <w:rPr>
          <w:rFonts w:ascii="BIZ UDPGothic" w:hAnsi="BIZ UDPGothic" w:eastAsia="BIZ UDPGothic" w:cs="BIZ UDPGothic"/>
          <w:b/>
          <w:color w:val="174C40"/>
          <w:sz w:val="22"/>
        </w:rPr>
        <w:t>04  地域との関わり方</w:t>
      </w:r>
    </w:p>
    <w:p>
      <w:pPr>
        <w:pStyle w:val="MinorJP"/>
      </w:pPr>
      <w:r>
        <w:rPr>
          <w:rFonts w:ascii="BIZ UDPGothic" w:hAnsi="BIZ UDPGothic" w:eastAsia="BIZ UDPGothic" w:cs="BIZ UDPGothic"/>
          <w:b/>
          <w:color w:val="1F322F"/>
          <w:sz w:val="18"/>
        </w:rPr>
        <w:t>研究と地域の暮らし・活動をどう結び付けたいか</w:t>
      </w:r>
    </w:p>
    <w:p>
      <w:pPr>
        <w:pStyle w:val="HintJP"/>
      </w:pPr>
      <w:r>
        <w:rPr>
          <w:rFonts w:ascii="BIZ UDPGothic" w:hAnsi="BIZ UDPGothic" w:eastAsia="BIZ UDPGothic" w:cs="BIZ UDPGothic"/>
          <w:b w:val="0"/>
          <w:color w:val="5C6E69"/>
          <w:sz w:val="17"/>
        </w:rPr>
        <w:t>日光地区等での調査・研究や地域住民との協働について、現時点の考えを記入してください（400字程度を目安）。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68"/>
      </w:tblGrid>
      <w:tr>
        <w:trPr>
          <w:trHeight w:val="1531" w:hRule="atLeast"/>
        </w:trPr>
        <w:tc>
          <w:tcPr>
            <w:tcW w:type="dxa" w:w="9524"/>
            <w:vAlign w:val="top"/>
            <w:shd w:fill="F1F6F3"/>
            <w:tcBorders>
              <w:bottom w:val="single" w:sz="5" w:color="D8E4DB"/>
            </w:tcBorders>
          </w:tcPr>
          <w:p>
            <w:pPr>
              <w:spacing w:before="80"/>
            </w:pPr>
            <w:r>
              <w:rPr>
                <w:rFonts w:ascii="BIZ UDPGothic" w:hAnsi="BIZ UDPGothic" w:eastAsia="BIZ UDPGothic" w:cs="BIZ UDPGothic"/>
                <w:b w:val="0"/>
                <w:color w:val="5C6E69"/>
                <w:sz w:val="18"/>
              </w:rPr>
              <w:t>〈ここに記入してください〉</w:t>
            </w:r>
          </w:p>
        </w:tc>
      </w:tr>
    </w:tbl>
    <w:p>
      <w:pPr>
        <w:pStyle w:val="SectionJP"/>
      </w:pPr>
      <w:r>
        <w:rPr>
          <w:rFonts w:ascii="BIZ UDPGothic" w:hAnsi="BIZ UDPGothic" w:eastAsia="BIZ UDPGothic" w:cs="BIZ UDPGothic"/>
          <w:b/>
          <w:color w:val="174C40"/>
          <w:sz w:val="22"/>
        </w:rPr>
        <w:t>05  任期終了後の展望</w:t>
      </w:r>
    </w:p>
    <w:p>
      <w:pPr>
        <w:pStyle w:val="MinorJP"/>
      </w:pPr>
      <w:r>
        <w:rPr>
          <w:rFonts w:ascii="BIZ UDPGothic" w:hAnsi="BIZ UDPGothic" w:eastAsia="BIZ UDPGothic" w:cs="BIZ UDPGothic"/>
          <w:b/>
          <w:color w:val="1F322F"/>
          <w:sz w:val="18"/>
        </w:rPr>
        <w:t>鳥取市との関わり・定住についての考え</w:t>
      </w:r>
    </w:p>
    <w:p>
      <w:pPr>
        <w:pStyle w:val="HintJP"/>
      </w:pPr>
      <w:r>
        <w:rPr>
          <w:rFonts w:ascii="BIZ UDPGothic" w:hAnsi="BIZ UDPGothic" w:eastAsia="BIZ UDPGothic" w:cs="BIZ UDPGothic"/>
          <w:b w:val="0"/>
          <w:color w:val="5C6E69"/>
          <w:sz w:val="17"/>
        </w:rPr>
        <w:t>任期後の研究・仕事・地域との関わり、定住に向けた展望を記入してください（250字程度を目安）。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68"/>
      </w:tblGrid>
      <w:tr>
        <w:trPr>
          <w:trHeight w:val="1077" w:hRule="atLeast"/>
        </w:trPr>
        <w:tc>
          <w:tcPr>
            <w:tcW w:type="dxa" w:w="9524"/>
            <w:vAlign w:val="top"/>
            <w:shd w:fill="F1F6F3"/>
            <w:tcBorders>
              <w:bottom w:val="single" w:sz="5" w:color="D8E4DB"/>
            </w:tcBorders>
          </w:tcPr>
          <w:p>
            <w:pPr>
              <w:spacing w:before="80"/>
            </w:pPr>
            <w:r>
              <w:rPr>
                <w:rFonts w:ascii="BIZ UDPGothic" w:hAnsi="BIZ UDPGothic" w:eastAsia="BIZ UDPGothic" w:cs="BIZ UDPGothic"/>
                <w:b w:val="0"/>
                <w:color w:val="5C6E69"/>
                <w:sz w:val="18"/>
              </w:rPr>
              <w:t>〈ここに記入してください〉</w:t>
            </w:r>
          </w:p>
        </w:tc>
      </w:tr>
    </w:tbl>
    <w:p>
      <w:pPr>
        <w:pStyle w:val="SectionJP"/>
      </w:pPr>
      <w:r>
        <w:rPr>
          <w:rFonts w:ascii="BIZ UDPGothic" w:hAnsi="BIZ UDPGothic" w:eastAsia="BIZ UDPGothic" w:cs="BIZ UDPGothic"/>
          <w:b/>
          <w:color w:val="174C40"/>
          <w:sz w:val="22"/>
        </w:rPr>
        <w:t>06  その他（任意）</w:t>
      </w:r>
    </w:p>
    <w:p>
      <w:pPr>
        <w:pStyle w:val="MinorJP"/>
      </w:pPr>
      <w:r>
        <w:rPr>
          <w:rFonts w:ascii="BIZ UDPGothic" w:hAnsi="BIZ UDPGothic" w:eastAsia="BIZ UDPGothic" w:cs="BIZ UDPGothic"/>
          <w:b/>
          <w:color w:val="1F322F"/>
          <w:sz w:val="18"/>
        </w:rPr>
        <w:t>事前に伝えておきたい事項</w:t>
      </w:r>
    </w:p>
    <w:p>
      <w:pPr>
        <w:pStyle w:val="HintJP"/>
      </w:pPr>
      <w:r>
        <w:rPr>
          <w:rFonts w:ascii="BIZ UDPGothic" w:hAnsi="BIZ UDPGothic" w:eastAsia="BIZ UDPGothic" w:cs="BIZ UDPGothic"/>
          <w:b w:val="0"/>
          <w:color w:val="5C6E69"/>
          <w:sz w:val="17"/>
        </w:rPr>
        <w:t>研究活動上の配慮事項や関連情報など。選考のため不要な機微情報は記入しないでください。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68"/>
      </w:tblGrid>
      <w:tr>
        <w:trPr>
          <w:trHeight w:val="652" w:hRule="atLeast"/>
        </w:trPr>
        <w:tc>
          <w:tcPr>
            <w:tcW w:type="dxa" w:w="9524"/>
            <w:vAlign w:val="top"/>
            <w:shd w:fill="F1F6F3"/>
            <w:tcBorders>
              <w:bottom w:val="single" w:sz="5" w:color="D8E4DB"/>
            </w:tcBorders>
          </w:tcPr>
          <w:p>
            <w:pPr>
              <w:spacing w:before="80"/>
            </w:pPr>
            <w:r>
              <w:rPr>
                <w:rFonts w:ascii="BIZ UDPGothic" w:hAnsi="BIZ UDPGothic" w:eastAsia="BIZ UDPGothic" w:cs="BIZ UDPGothic"/>
                <w:b w:val="0"/>
                <w:color w:val="5C6E69"/>
                <w:sz w:val="18"/>
              </w:rPr>
              <w:t>〈ここに記入してください〉</w:t>
            </w:r>
          </w:p>
        </w:tc>
      </w:tr>
    </w:tbl>
    <w:p>
      <w:pPr>
        <w:spacing w:before="180"/>
      </w:pPr>
      <w:r>
        <w:rPr>
          <w:rFonts w:ascii="BIZ UDPGothic" w:hAnsi="BIZ UDPGothic" w:eastAsia="BIZ UDPGothic" w:cs="BIZ UDPGothic"/>
          <w:b w:val="0"/>
          <w:color w:val="5C6E69"/>
          <w:sz w:val="17"/>
        </w:rPr>
        <w:t>提出方法：完成したファイルをWord形式（.docx）またはPDFにして、専用の応募フォームへ添付してください。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191" w:bottom="1020" w:left="1191" w:header="510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BIZ UDPGothic" w:hAnsi="BIZ UDPGothic" w:eastAsia="BIZ UDPGothic" w:cs="BIZ UDPGothic"/>
        <w:b w:val="0"/>
        <w:color w:val="5C6E69"/>
        <w:sz w:val="16"/>
      </w:rPr>
      <w:t xml:space="preserve">エントリーシート   ｜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PGothic" w:hAnsi="BIZ UDPGothic" w:eastAsia="BIZ UDPGothic" w:cs="BIZ UDPGothic"/>
        <w:b w:val="0"/>
        <w:color w:val="5C6E69"/>
        <w:sz w:val="16"/>
      </w:rPr>
      <w:t>鳥取市 研究型地域おこし協力隊 ｜ 2026年度募集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0"/>
    </w:pPr>
    <w:rPr>
      <w:rFonts w:ascii="BIZ UDPGothic" w:hAnsi="BIZ UDPGothic"/>
      <w:color w:val="1F322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JP">
    <w:name w:val="DocTitleJP"/>
    <w:pPr>
      <w:keepNext/>
      <w:spacing w:before="0" w:after="160"/>
    </w:pPr>
    <w:rPr>
      <w:rFonts w:ascii="BIZ UDPGothic" w:hAnsi="BIZ UDPGothic"/>
      <w:b/>
      <w:color w:val="174C40"/>
      <w:sz w:val="36"/>
    </w:rPr>
  </w:style>
  <w:style w:type="paragraph" w:customStyle="1" w:styleId="SectionJP">
    <w:name w:val="SectionJP"/>
    <w:pPr>
      <w:keepNext/>
      <w:spacing w:before="260" w:after="100"/>
    </w:pPr>
    <w:rPr>
      <w:rFonts w:ascii="BIZ UDPGothic" w:hAnsi="BIZ UDPGothic"/>
      <w:b/>
      <w:color w:val="174C40"/>
      <w:sz w:val="22"/>
    </w:rPr>
  </w:style>
  <w:style w:type="paragraph" w:customStyle="1" w:styleId="HintJP">
    <w:name w:val="HintJP"/>
    <w:pPr>
      <w:keepNext/>
      <w:spacing w:before="0" w:after="60"/>
    </w:pPr>
    <w:rPr>
      <w:rFonts w:ascii="BIZ UDPGothic" w:hAnsi="BIZ UDPGothic"/>
      <w:b w:val="0"/>
      <w:color w:val="5C6E69"/>
      <w:sz w:val="17"/>
    </w:rPr>
  </w:style>
  <w:style w:type="paragraph" w:customStyle="1" w:styleId="MinorJP">
    <w:name w:val="MinorJP"/>
    <w:pPr>
      <w:keepNext/>
      <w:spacing w:before="100" w:after="60"/>
    </w:pPr>
    <w:rPr>
      <w:rFonts w:ascii="BIZ UDPGothic" w:hAnsi="BIZ UDPGothic"/>
      <w:b/>
      <w:color w:val="1F322F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令和8年度 鳥取市研究型地域おこし協力隊 エントリーシート</dc:title>
  <dc:subject/>
  <dc:creator>python-docx</dc:creator>
  <cp:keywords/>
  <dc:description>応募者記入用の最終版（2026年10月作成）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