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ocTitleJP"/>
      </w:pPr>
      <w:r>
        <w:rPr>
          <w:rFonts w:ascii="BIZ UDPGothic" w:hAnsi="BIZ UDPGothic" w:eastAsia="BIZ UDPGothic" w:cs="BIZ UDPGothic"/>
          <w:b/>
          <w:color w:val="174C40"/>
          <w:sz w:val="34"/>
        </w:rPr>
        <w:t>研究計画書</w:t>
      </w:r>
    </w:p>
    <w:p>
      <w:pPr>
        <w:spacing w:after="120"/>
      </w:pPr>
      <w:r>
        <w:rPr>
          <w:rFonts w:ascii="BIZ UDPGothic" w:hAnsi="BIZ UDPGothic" w:eastAsia="BIZ UDPGothic" w:cs="BIZ UDPGothic"/>
          <w:b w:val="0"/>
          <w:color w:val="5C6E69"/>
          <w:sz w:val="17"/>
        </w:rPr>
        <w:t>令和8年度 鳥取市研究型地域おこし協力隊｜応募書類：研究計画書</w:t>
      </w:r>
    </w:p>
    <w:p>
      <w:pPr>
        <w:spacing w:after="160"/>
      </w:pPr>
      <w:r>
        <w:rPr>
          <w:rFonts w:ascii="BIZ UDPGothic" w:hAnsi="BIZ UDPGothic" w:eastAsia="BIZ UDPGothic" w:cs="BIZ UDPGothic"/>
          <w:b w:val="0"/>
          <w:color w:val="5C6E69"/>
          <w:sz w:val="17"/>
        </w:rPr>
        <w:t>研究の目的・方法・実施計画と、地域住民との関わり方や研究成果の共有方法を記載してください。記入欄は必要に応じて拡張できます。</w:t>
      </w:r>
    </w:p>
    <w:p>
      <w:pPr>
        <w:pStyle w:val="SectionJP"/>
      </w:pPr>
      <w:r>
        <w:rPr>
          <w:rFonts w:ascii="BIZ UDPGothic" w:hAnsi="BIZ UDPGothic" w:eastAsia="BIZ UDPGothic" w:cs="BIZ UDPGothic"/>
          <w:b/>
          <w:color w:val="174C40"/>
          <w:sz w:val="21"/>
        </w:rPr>
        <w:t>01  プロジェクトの基本情報</w:t>
      </w:r>
    </w:p>
    <w:tbl>
      <w:tblPr>
        <w:tblW w:type="auto" w:w="0"/>
        <w:tblLayout w:type="fixed"/>
        <w:tblLook w:firstColumn="1" w:firstRow="1" w:lastColumn="0" w:lastRow="0" w:noHBand="0" w:noVBand="1" w:val="04A0"/>
      </w:tblPr>
      <w:tblGrid>
        <w:gridCol w:w="2948"/>
        <w:gridCol w:w="6576"/>
      </w:tblGrid>
      <w:tr>
        <w:trPr>
          <w:trHeight w:val="403" w:hRule="atLeast"/>
          <w:cantSplit/>
        </w:trPr>
        <w:tc>
          <w:tcPr>
            <w:tcW w:type="dxa" w:w="2948"/>
            <w:shd w:fill="EAF1ED"/>
            <w:tcBorders>
              <w:bottom w:val="single" w:sz="5" w:color="D8E4DB"/>
            </w:tcBorders>
          </w:tcPr>
          <w:p>
            <w:r>
              <w:rPr>
                <w:rFonts w:ascii="BIZ UDPGothic" w:hAnsi="BIZ UDPGothic" w:eastAsia="BIZ UDPGothic" w:cs="BIZ UDPGothic"/>
                <w:b/>
                <w:color w:val="1F322F"/>
                <w:sz w:val="17"/>
              </w:rPr>
              <w:t>応募者氏名</w:t>
            </w:r>
          </w:p>
        </w:tc>
        <w:tc>
          <w:tcPr>
            <w:tcW w:type="dxa" w:w="6576"/>
            <w:shd w:fill="FAFCFA"/>
            <w:tcBorders>
              <w:bottom w:val="single" w:sz="5" w:color="D8E4DB"/>
            </w:tcBorders>
          </w:tcPr>
          <w:p>
            <w:r>
              <w:rPr>
                <w:rFonts w:ascii="BIZ UDPGothic" w:hAnsi="BIZ UDPGothic" w:eastAsia="BIZ UDPGothic" w:cs="BIZ UDPGothic"/>
                <w:b w:val="0"/>
                <w:color w:val="5C6E69"/>
                <w:sz w:val="17"/>
              </w:rPr>
              <w:t>〈氏名／ふりがな〉</w:t>
            </w:r>
          </w:p>
        </w:tc>
      </w:tr>
      <w:tr>
        <w:trPr>
          <w:trHeight w:val="403" w:hRule="atLeast"/>
          <w:cantSplit/>
        </w:trPr>
        <w:tc>
          <w:tcPr>
            <w:tcW w:type="dxa" w:w="2948"/>
            <w:shd w:fill="EAF1ED"/>
            <w:tcBorders>
              <w:bottom w:val="single" w:sz="5" w:color="D8E4DB"/>
            </w:tcBorders>
          </w:tcPr>
          <w:p>
            <w:r>
              <w:rPr>
                <w:rFonts w:ascii="BIZ UDPGothic" w:hAnsi="BIZ UDPGothic" w:eastAsia="BIZ UDPGothic" w:cs="BIZ UDPGothic"/>
                <w:b/>
                <w:color w:val="1F322F"/>
                <w:sz w:val="17"/>
              </w:rPr>
              <w:t>研究・プロジェクト名</w:t>
            </w:r>
          </w:p>
        </w:tc>
        <w:tc>
          <w:tcPr>
            <w:tcW w:type="dxa" w:w="6576"/>
            <w:shd w:fill="FAFCFA"/>
            <w:tcBorders>
              <w:bottom w:val="single" w:sz="5" w:color="D8E4DB"/>
            </w:tcBorders>
          </w:tcPr>
          <w:p>
            <w:r>
              <w:rPr>
                <w:rFonts w:ascii="BIZ UDPGothic" w:hAnsi="BIZ UDPGothic" w:eastAsia="BIZ UDPGothic" w:cs="BIZ UDPGothic"/>
                <w:b w:val="0"/>
                <w:color w:val="5C6E69"/>
                <w:sz w:val="17"/>
              </w:rPr>
              <w:t>〈課題名（仮題でも可）〉</w:t>
            </w:r>
          </w:p>
        </w:tc>
      </w:tr>
      <w:tr>
        <w:trPr>
          <w:trHeight w:val="403" w:hRule="atLeast"/>
          <w:cantSplit/>
        </w:trPr>
        <w:tc>
          <w:tcPr>
            <w:tcW w:type="dxa" w:w="2948"/>
            <w:shd w:fill="EAF1ED"/>
            <w:tcBorders>
              <w:bottom w:val="single" w:sz="5" w:color="D8E4DB"/>
            </w:tcBorders>
          </w:tcPr>
          <w:p>
            <w:r>
              <w:rPr>
                <w:rFonts w:ascii="BIZ UDPGothic" w:hAnsi="BIZ UDPGothic" w:eastAsia="BIZ UDPGothic" w:cs="BIZ UDPGothic"/>
                <w:b/>
                <w:color w:val="1F322F"/>
                <w:sz w:val="17"/>
              </w:rPr>
              <w:t>所属機関・専門分野</w:t>
            </w:r>
          </w:p>
        </w:tc>
        <w:tc>
          <w:tcPr>
            <w:tcW w:type="dxa" w:w="6576"/>
            <w:shd w:fill="FAFCFA"/>
            <w:tcBorders>
              <w:bottom w:val="single" w:sz="5" w:color="D8E4DB"/>
            </w:tcBorders>
          </w:tcPr>
          <w:p>
            <w:r>
              <w:rPr>
                <w:rFonts w:ascii="BIZ UDPGothic" w:hAnsi="BIZ UDPGothic" w:eastAsia="BIZ UDPGothic" w:cs="BIZ UDPGothic"/>
                <w:b w:val="0"/>
                <w:color w:val="5C6E69"/>
                <w:sz w:val="17"/>
              </w:rPr>
              <w:t>〈現在の所属／主要な専門分野〉</w:t>
            </w:r>
          </w:p>
        </w:tc>
      </w:tr>
      <w:tr>
        <w:trPr>
          <w:trHeight w:val="403" w:hRule="atLeast"/>
          <w:cantSplit/>
        </w:trPr>
        <w:tc>
          <w:tcPr>
            <w:tcW w:type="dxa" w:w="2948"/>
            <w:shd w:fill="EAF1ED"/>
            <w:tcBorders>
              <w:bottom w:val="single" w:sz="5" w:color="D8E4DB"/>
            </w:tcBorders>
          </w:tcPr>
          <w:p>
            <w:r>
              <w:rPr>
                <w:rFonts w:ascii="BIZ UDPGothic" w:hAnsi="BIZ UDPGothic" w:eastAsia="BIZ UDPGothic" w:cs="BIZ UDPGothic"/>
                <w:b/>
                <w:color w:val="1F322F"/>
                <w:sz w:val="17"/>
              </w:rPr>
              <w:t>学位・資格（任意）</w:t>
            </w:r>
          </w:p>
        </w:tc>
        <w:tc>
          <w:tcPr>
            <w:tcW w:type="dxa" w:w="6576"/>
            <w:shd w:fill="FAFCFA"/>
            <w:tcBorders>
              <w:bottom w:val="single" w:sz="5" w:color="D8E4DB"/>
            </w:tcBorders>
          </w:tcPr>
          <w:p>
            <w:r>
              <w:rPr>
                <w:rFonts w:ascii="BIZ UDPGothic" w:hAnsi="BIZ UDPGothic" w:eastAsia="BIZ UDPGothic" w:cs="BIZ UDPGothic"/>
                <w:b w:val="0"/>
                <w:color w:val="5C6E69"/>
                <w:sz w:val="17"/>
              </w:rPr>
              <w:t>〈研究に関連する学位・資格〉</w:t>
            </w:r>
          </w:p>
        </w:tc>
      </w:tr>
      <w:tr>
        <w:trPr>
          <w:trHeight w:val="403" w:hRule="atLeast"/>
          <w:cantSplit/>
        </w:trPr>
        <w:tc>
          <w:tcPr>
            <w:tcW w:type="dxa" w:w="2948"/>
            <w:shd w:fill="EAF1ED"/>
            <w:tcBorders>
              <w:bottom w:val="single" w:sz="5" w:color="D8E4DB"/>
            </w:tcBorders>
          </w:tcPr>
          <w:p>
            <w:r>
              <w:rPr>
                <w:rFonts w:ascii="BIZ UDPGothic" w:hAnsi="BIZ UDPGothic" w:eastAsia="BIZ UDPGothic" w:cs="BIZ UDPGothic"/>
                <w:b/>
                <w:color w:val="1F322F"/>
                <w:sz w:val="17"/>
              </w:rPr>
              <w:t>主な研究フィールド</w:t>
            </w:r>
          </w:p>
        </w:tc>
        <w:tc>
          <w:tcPr>
            <w:tcW w:type="dxa" w:w="6576"/>
            <w:shd w:fill="FAFCFA"/>
            <w:tcBorders>
              <w:bottom w:val="single" w:sz="5" w:color="D8E4DB"/>
            </w:tcBorders>
          </w:tcPr>
          <w:p>
            <w:r>
              <w:rPr>
                <w:rFonts w:ascii="BIZ UDPGothic" w:hAnsi="BIZ UDPGothic" w:eastAsia="BIZ UDPGothic" w:cs="BIZ UDPGothic"/>
                <w:b w:val="0"/>
                <w:color w:val="5C6E69"/>
                <w:sz w:val="17"/>
              </w:rPr>
              <w:t>〈鳥取市西地域・気高町日光地区等〉</w:t>
            </w:r>
          </w:p>
        </w:tc>
      </w:tr>
    </w:tbl>
    <w:p>
      <w:pPr>
        <w:pStyle w:val="SectionJP"/>
      </w:pPr>
      <w:r>
        <w:rPr>
          <w:rFonts w:ascii="BIZ UDPGothic" w:hAnsi="BIZ UDPGothic" w:eastAsia="BIZ UDPGothic" w:cs="BIZ UDPGothic"/>
          <w:b/>
          <w:color w:val="174C40"/>
          <w:sz w:val="21"/>
        </w:rPr>
        <w:t>02  研究の目的</w:t>
      </w:r>
    </w:p>
    <w:p>
      <w:pPr>
        <w:pStyle w:val="HintJP"/>
      </w:pPr>
      <w:r>
        <w:rPr>
          <w:rFonts w:ascii="BIZ UDPGothic" w:hAnsi="BIZ UDPGothic" w:eastAsia="BIZ UDPGothic" w:cs="BIZ UDPGothic"/>
          <w:b w:val="0"/>
          <w:color w:val="5C6E69"/>
          <w:sz w:val="16"/>
        </w:rPr>
        <w:t>解明したいこと、研究上の問い・仮説（探索的研究の場合は探索課題）、研究としての新規性や学術的意義を記載してください。</w:t>
      </w:r>
    </w:p>
    <w:tbl>
      <w:tblPr>
        <w:tblW w:type="auto" w:w="0"/>
        <w:tblLayout w:type="fixed"/>
        <w:tblLook w:firstColumn="1" w:firstRow="1" w:lastColumn="0" w:lastRow="0" w:noHBand="0" w:noVBand="1" w:val="04A0"/>
      </w:tblPr>
      <w:tblGrid>
        <w:gridCol w:w="9524"/>
      </w:tblGrid>
      <w:tr>
        <w:trPr>
          <w:trHeight w:val="1757"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pPr>
        <w:pStyle w:val="SectionJP"/>
      </w:pPr>
      <w:r>
        <w:rPr>
          <w:rFonts w:ascii="BIZ UDPGothic" w:hAnsi="BIZ UDPGothic" w:eastAsia="BIZ UDPGothic" w:cs="BIZ UDPGothic"/>
          <w:b/>
          <w:color w:val="174C40"/>
          <w:sz w:val="21"/>
        </w:rPr>
        <w:t>03  地域の特性と住民との関わりに対する考え方</w:t>
      </w:r>
    </w:p>
    <w:p>
      <w:pPr>
        <w:pStyle w:val="HintJP"/>
      </w:pPr>
      <w:r>
        <w:rPr>
          <w:rFonts w:ascii="BIZ UDPGothic" w:hAnsi="BIZ UDPGothic" w:eastAsia="BIZ UDPGothic" w:cs="BIZ UDPGothic"/>
          <w:b w:val="0"/>
          <w:color w:val="5C6E69"/>
          <w:sz w:val="16"/>
        </w:rPr>
        <w:t>研究フィールドの自然、文化、暮らしについて関心を持つ事項と、住民の経験や知識を尊重しながら調査・研究に取り組む姿勢を記載してください。</w:t>
      </w:r>
    </w:p>
    <w:tbl>
      <w:tblPr>
        <w:tblW w:type="auto" w:w="0"/>
        <w:tblLayout w:type="fixed"/>
        <w:tblLook w:firstColumn="1" w:firstRow="1" w:lastColumn="0" w:lastRow="0" w:noHBand="0" w:noVBand="1" w:val="04A0"/>
      </w:tblPr>
      <w:tblGrid>
        <w:gridCol w:w="9524"/>
      </w:tblGrid>
      <w:tr>
        <w:trPr>
          <w:trHeight w:val="1502"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r>
        <w:br w:type="page"/>
      </w:r>
    </w:p>
    <w:p>
      <w:pPr>
        <w:pStyle w:val="SectionJP"/>
      </w:pPr>
      <w:r>
        <w:rPr>
          <w:rFonts w:ascii="BIZ UDPGothic" w:hAnsi="BIZ UDPGothic" w:eastAsia="BIZ UDPGothic" w:cs="BIZ UDPGothic"/>
          <w:b/>
          <w:color w:val="174C40"/>
          <w:sz w:val="21"/>
        </w:rPr>
        <w:t>04  鳥取市を研究フィールドとする意義</w:t>
      </w:r>
    </w:p>
    <w:p>
      <w:pPr>
        <w:pStyle w:val="HintJP"/>
      </w:pPr>
      <w:r>
        <w:rPr>
          <w:rFonts w:ascii="BIZ UDPGothic" w:hAnsi="BIZ UDPGothic" w:eastAsia="BIZ UDPGothic" w:cs="BIZ UDPGothic"/>
          <w:b w:val="0"/>
          <w:color w:val="5C6E69"/>
          <w:sz w:val="16"/>
        </w:rPr>
        <w:t>なぜ鳥取市西地域（主に気高町日光地区）を研究対象とするのか、研究上の問いや方法と現地の特性との関係、現地調査の必要性を記載してください。</w:t>
      </w:r>
    </w:p>
    <w:tbl>
      <w:tblPr>
        <w:tblW w:type="auto" w:w="0"/>
        <w:tblLayout w:type="fixed"/>
        <w:tblLook w:firstColumn="1" w:firstRow="1" w:lastColumn="0" w:lastRow="0" w:noHBand="0" w:noVBand="1" w:val="04A0"/>
      </w:tblPr>
      <w:tblGrid>
        <w:gridCol w:w="9524"/>
      </w:tblGrid>
      <w:tr>
        <w:trPr>
          <w:trHeight w:val="3061"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pPr>
        <w:pStyle w:val="SectionJP"/>
      </w:pPr>
      <w:r>
        <w:rPr>
          <w:rFonts w:ascii="BIZ UDPGothic" w:hAnsi="BIZ UDPGothic" w:eastAsia="BIZ UDPGothic" w:cs="BIZ UDPGothic"/>
          <w:b/>
          <w:color w:val="174C40"/>
          <w:sz w:val="21"/>
        </w:rPr>
        <w:t>05  研究の背景・先行研究・研究上の位置づけ</w:t>
      </w:r>
    </w:p>
    <w:p>
      <w:pPr>
        <w:pStyle w:val="HintJP"/>
      </w:pPr>
      <w:r>
        <w:rPr>
          <w:rFonts w:ascii="BIZ UDPGothic" w:hAnsi="BIZ UDPGothic" w:eastAsia="BIZ UDPGothic" w:cs="BIZ UDPGothic"/>
          <w:b w:val="0"/>
          <w:color w:val="5C6E69"/>
          <w:sz w:val="16"/>
        </w:rPr>
        <w:t>研究の背景、重要な先行研究との関係、未解明の点、現地調査が必要な理由などを示してください。出典は末尾の参考文献欄にも記載できます。</w:t>
      </w:r>
    </w:p>
    <w:tbl>
      <w:tblPr>
        <w:tblW w:type="auto" w:w="0"/>
        <w:tblLayout w:type="fixed"/>
        <w:tblLook w:firstColumn="1" w:firstRow="1" w:lastColumn="0" w:lastRow="0" w:noHBand="0" w:noVBand="1" w:val="04A0"/>
      </w:tblPr>
      <w:tblGrid>
        <w:gridCol w:w="9524"/>
      </w:tblGrid>
      <w:tr>
        <w:trPr>
          <w:trHeight w:val="3061"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r>
        <w:br w:type="page"/>
      </w:r>
    </w:p>
    <w:p>
      <w:pPr>
        <w:pStyle w:val="SectionJP"/>
      </w:pPr>
      <w:r>
        <w:rPr>
          <w:rFonts w:ascii="BIZ UDPGothic" w:hAnsi="BIZ UDPGothic" w:eastAsia="BIZ UDPGothic" w:cs="BIZ UDPGothic"/>
          <w:b/>
          <w:color w:val="174C40"/>
          <w:sz w:val="21"/>
        </w:rPr>
        <w:t>06  研究の方法・調査設計</w:t>
      </w:r>
    </w:p>
    <w:p>
      <w:pPr>
        <w:pStyle w:val="HintJP"/>
      </w:pPr>
      <w:r>
        <w:rPr>
          <w:rFonts w:ascii="BIZ UDPGothic" w:hAnsi="BIZ UDPGothic" w:eastAsia="BIZ UDPGothic" w:cs="BIZ UDPGothic"/>
          <w:b w:val="0"/>
          <w:color w:val="5C6E69"/>
          <w:sz w:val="16"/>
        </w:rPr>
        <w:t>研究対象、調査・実験・観察等の方法、データの収集・分析、実施時期、必要な環境・協力、方法の妥当性を記載してください。自然環境・地域住民への負担にも配慮してください。</w:t>
      </w:r>
    </w:p>
    <w:tbl>
      <w:tblPr>
        <w:tblW w:type="auto" w:w="0"/>
        <w:tblLayout w:type="fixed"/>
        <w:tblLook w:firstColumn="1" w:firstRow="1" w:lastColumn="0" w:lastRow="0" w:noHBand="0" w:noVBand="1" w:val="04A0"/>
      </w:tblPr>
      <w:tblGrid>
        <w:gridCol w:w="9524"/>
      </w:tblGrid>
      <w:tr>
        <w:trPr>
          <w:trHeight w:val="4082"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pPr>
        <w:pStyle w:val="SectionJP"/>
      </w:pPr>
      <w:r>
        <w:rPr>
          <w:rFonts w:ascii="BIZ UDPGothic" w:hAnsi="BIZ UDPGothic" w:eastAsia="BIZ UDPGothic" w:cs="BIZ UDPGothic"/>
          <w:b/>
          <w:color w:val="174C40"/>
          <w:sz w:val="21"/>
        </w:rPr>
        <w:t>07  地域住民との関わり・研究成果の共有</w:t>
      </w:r>
    </w:p>
    <w:p>
      <w:pPr>
        <w:pStyle w:val="HintJP"/>
      </w:pPr>
      <w:r>
        <w:rPr>
          <w:rFonts w:ascii="BIZ UDPGothic" w:hAnsi="BIZ UDPGothic" w:eastAsia="BIZ UDPGothic" w:cs="BIZ UDPGothic"/>
          <w:b w:val="0"/>
          <w:color w:val="5C6E69"/>
          <w:sz w:val="16"/>
        </w:rPr>
        <w:t>住民との対話や調査協力の進め方、地域行事等への参加の考え方、研究の途中経過や結果を住民と共有する方法を記載してください。住民への説明・同意取得や負担への配慮も含めてください。</w:t>
      </w:r>
    </w:p>
    <w:tbl>
      <w:tblPr>
        <w:tblW w:type="auto" w:w="0"/>
        <w:tblLayout w:type="fixed"/>
        <w:tblLook w:firstColumn="1" w:firstRow="1" w:lastColumn="0" w:lastRow="0" w:noHBand="0" w:noVBand="1" w:val="04A0"/>
      </w:tblPr>
      <w:tblGrid>
        <w:gridCol w:w="9524"/>
      </w:tblGrid>
      <w:tr>
        <w:trPr>
          <w:trHeight w:val="2835"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r>
        <w:br w:type="page"/>
      </w:r>
    </w:p>
    <w:p>
      <w:pPr>
        <w:pStyle w:val="SectionJP"/>
      </w:pPr>
      <w:r>
        <w:rPr>
          <w:rFonts w:ascii="BIZ UDPGothic" w:hAnsi="BIZ UDPGothic" w:eastAsia="BIZ UDPGothic" w:cs="BIZ UDPGothic"/>
          <w:b/>
          <w:color w:val="174C40"/>
          <w:sz w:val="21"/>
        </w:rPr>
        <w:t>08  研究・地域活動の実施計画</w:t>
      </w:r>
    </w:p>
    <w:p>
      <w:pPr>
        <w:pStyle w:val="HintJP"/>
      </w:pPr>
      <w:r>
        <w:rPr>
          <w:rFonts w:ascii="BIZ UDPGothic" w:hAnsi="BIZ UDPGothic" w:eastAsia="BIZ UDPGothic" w:cs="BIZ UDPGothic"/>
          <w:b w:val="0"/>
          <w:color w:val="5C6E69"/>
          <w:sz w:val="16"/>
        </w:rPr>
        <w:t>初年度は2027年4月を起点に、準備・調査・分析・住民との交流・成果報告の主な工程を記載してください。2～3年目は任期延長が認められた場合の構想として任意で記載してください。</w:t>
      </w:r>
    </w:p>
    <w:tbl>
      <w:tblPr>
        <w:tblW w:type="auto" w:w="0"/>
        <w:tblLayout w:type="fixed"/>
        <w:tblLook w:firstColumn="1" w:firstRow="1" w:lastColumn="0" w:lastRow="0" w:noHBand="0" w:noVBand="1" w:val="04A0"/>
      </w:tblPr>
      <w:tblGrid>
        <w:gridCol w:w="2551"/>
        <w:gridCol w:w="6973"/>
      </w:tblGrid>
      <w:tr>
        <w:trPr>
          <w:trHeight w:val="403" w:hRule="atLeast"/>
          <w:cantSplit/>
        </w:trPr>
        <w:tc>
          <w:tcPr>
            <w:tcW w:type="dxa" w:w="2551"/>
            <w:shd w:fill="EAF1ED"/>
            <w:tcBorders>
              <w:bottom w:val="single" w:sz="5" w:color="D8E4DB"/>
            </w:tcBorders>
          </w:tcPr>
          <w:p>
            <w:r>
              <w:rPr>
                <w:rFonts w:ascii="BIZ UDPGothic" w:hAnsi="BIZ UDPGothic" w:eastAsia="BIZ UDPGothic" w:cs="BIZ UDPGothic"/>
                <w:b/>
                <w:color w:val="1F322F"/>
                <w:sz w:val="17"/>
              </w:rPr>
              <w:t>初年度：4～6月</w:t>
            </w:r>
          </w:p>
        </w:tc>
        <w:tc>
          <w:tcPr>
            <w:tcW w:type="dxa" w:w="6973"/>
            <w:shd w:fill="FAFCFA"/>
            <w:tcBorders>
              <w:bottom w:val="single" w:sz="5" w:color="D8E4DB"/>
            </w:tcBorders>
          </w:tcPr>
          <w:p>
            <w:r>
              <w:rPr>
                <w:rFonts w:ascii="BIZ UDPGothic" w:hAnsi="BIZ UDPGothic" w:eastAsia="BIZ UDPGothic" w:cs="BIZ UDPGothic"/>
                <w:b w:val="0"/>
                <w:color w:val="5C6E69"/>
                <w:sz w:val="17"/>
              </w:rPr>
              <w:t>〈準備・関係づくり・予備調査等〉</w:t>
            </w:r>
          </w:p>
        </w:tc>
      </w:tr>
      <w:tr>
        <w:trPr>
          <w:trHeight w:val="403" w:hRule="atLeast"/>
          <w:cantSplit/>
        </w:trPr>
        <w:tc>
          <w:tcPr>
            <w:tcW w:type="dxa" w:w="2551"/>
            <w:shd w:fill="EAF1ED"/>
            <w:tcBorders>
              <w:bottom w:val="single" w:sz="5" w:color="D8E4DB"/>
            </w:tcBorders>
          </w:tcPr>
          <w:p>
            <w:r>
              <w:rPr>
                <w:rFonts w:ascii="BIZ UDPGothic" w:hAnsi="BIZ UDPGothic" w:eastAsia="BIZ UDPGothic" w:cs="BIZ UDPGothic"/>
                <w:b/>
                <w:color w:val="1F322F"/>
                <w:sz w:val="17"/>
              </w:rPr>
              <w:t>初年度：7～9月</w:t>
            </w:r>
          </w:p>
        </w:tc>
        <w:tc>
          <w:tcPr>
            <w:tcW w:type="dxa" w:w="6973"/>
            <w:shd w:fill="FAFCFA"/>
            <w:tcBorders>
              <w:bottom w:val="single" w:sz="5" w:color="D8E4DB"/>
            </w:tcBorders>
          </w:tcPr>
          <w:p>
            <w:r>
              <w:rPr>
                <w:rFonts w:ascii="BIZ UDPGothic" w:hAnsi="BIZ UDPGothic" w:eastAsia="BIZ UDPGothic" w:cs="BIZ UDPGothic"/>
                <w:b w:val="0"/>
                <w:color w:val="5C6E69"/>
                <w:sz w:val="17"/>
              </w:rPr>
              <w:t>〈調査・実験・データ収集等〉</w:t>
            </w:r>
          </w:p>
        </w:tc>
      </w:tr>
      <w:tr>
        <w:trPr>
          <w:trHeight w:val="403" w:hRule="atLeast"/>
          <w:cantSplit/>
        </w:trPr>
        <w:tc>
          <w:tcPr>
            <w:tcW w:type="dxa" w:w="2551"/>
            <w:shd w:fill="EAF1ED"/>
            <w:tcBorders>
              <w:bottom w:val="single" w:sz="5" w:color="D8E4DB"/>
            </w:tcBorders>
          </w:tcPr>
          <w:p>
            <w:r>
              <w:rPr>
                <w:rFonts w:ascii="BIZ UDPGothic" w:hAnsi="BIZ UDPGothic" w:eastAsia="BIZ UDPGothic" w:cs="BIZ UDPGothic"/>
                <w:b/>
                <w:color w:val="1F322F"/>
                <w:sz w:val="17"/>
              </w:rPr>
              <w:t>初年度：10～12月</w:t>
            </w:r>
          </w:p>
        </w:tc>
        <w:tc>
          <w:tcPr>
            <w:tcW w:type="dxa" w:w="6973"/>
            <w:shd w:fill="FAFCFA"/>
            <w:tcBorders>
              <w:bottom w:val="single" w:sz="5" w:color="D8E4DB"/>
            </w:tcBorders>
          </w:tcPr>
          <w:p>
            <w:r>
              <w:rPr>
                <w:rFonts w:ascii="BIZ UDPGothic" w:hAnsi="BIZ UDPGothic" w:eastAsia="BIZ UDPGothic" w:cs="BIZ UDPGothic"/>
                <w:b w:val="0"/>
                <w:color w:val="5C6E69"/>
                <w:sz w:val="17"/>
              </w:rPr>
              <w:t>〈分析・中間報告・地域への共有等〉</w:t>
            </w:r>
          </w:p>
        </w:tc>
      </w:tr>
      <w:tr>
        <w:trPr>
          <w:trHeight w:val="403" w:hRule="atLeast"/>
          <w:cantSplit/>
        </w:trPr>
        <w:tc>
          <w:tcPr>
            <w:tcW w:type="dxa" w:w="2551"/>
            <w:shd w:fill="EAF1ED"/>
            <w:tcBorders>
              <w:bottom w:val="single" w:sz="5" w:color="D8E4DB"/>
            </w:tcBorders>
          </w:tcPr>
          <w:p>
            <w:r>
              <w:rPr>
                <w:rFonts w:ascii="BIZ UDPGothic" w:hAnsi="BIZ UDPGothic" w:eastAsia="BIZ UDPGothic" w:cs="BIZ UDPGothic"/>
                <w:b/>
                <w:color w:val="1F322F"/>
                <w:sz w:val="17"/>
              </w:rPr>
              <w:t>初年度：1～3月</w:t>
            </w:r>
          </w:p>
        </w:tc>
        <w:tc>
          <w:tcPr>
            <w:tcW w:type="dxa" w:w="6973"/>
            <w:shd w:fill="FAFCFA"/>
            <w:tcBorders>
              <w:bottom w:val="single" w:sz="5" w:color="D8E4DB"/>
            </w:tcBorders>
          </w:tcPr>
          <w:p>
            <w:r>
              <w:rPr>
                <w:rFonts w:ascii="BIZ UDPGothic" w:hAnsi="BIZ UDPGothic" w:eastAsia="BIZ UDPGothic" w:cs="BIZ UDPGothic"/>
                <w:b w:val="0"/>
                <w:color w:val="5C6E69"/>
                <w:sz w:val="17"/>
              </w:rPr>
              <w:t>〈成果の取りまとめ・報告等〉</w:t>
            </w:r>
          </w:p>
        </w:tc>
      </w:tr>
      <w:tr>
        <w:trPr>
          <w:trHeight w:val="403" w:hRule="atLeast"/>
          <w:cantSplit/>
        </w:trPr>
        <w:tc>
          <w:tcPr>
            <w:tcW w:type="dxa" w:w="2551"/>
            <w:shd w:fill="EAF1ED"/>
            <w:tcBorders>
              <w:bottom w:val="single" w:sz="5" w:color="D8E4DB"/>
            </w:tcBorders>
          </w:tcPr>
          <w:p>
            <w:r>
              <w:rPr>
                <w:rFonts w:ascii="BIZ UDPGothic" w:hAnsi="BIZ UDPGothic" w:eastAsia="BIZ UDPGothic" w:cs="BIZ UDPGothic"/>
                <w:b/>
                <w:color w:val="1F322F"/>
                <w:sz w:val="17"/>
              </w:rPr>
              <w:t>2～3年目（任意）</w:t>
            </w:r>
          </w:p>
        </w:tc>
        <w:tc>
          <w:tcPr>
            <w:tcW w:type="dxa" w:w="6973"/>
            <w:shd w:fill="FAFCFA"/>
            <w:tcBorders>
              <w:bottom w:val="single" w:sz="5" w:color="D8E4DB"/>
            </w:tcBorders>
          </w:tcPr>
          <w:p>
            <w:r>
              <w:rPr>
                <w:rFonts w:ascii="BIZ UDPGothic" w:hAnsi="BIZ UDPGothic" w:eastAsia="BIZ UDPGothic" w:cs="BIZ UDPGothic"/>
                <w:b w:val="0"/>
                <w:color w:val="5C6E69"/>
                <w:sz w:val="17"/>
              </w:rPr>
              <w:t>〈任期延長時の追加調査・展開構想〉</w:t>
            </w:r>
          </w:p>
        </w:tc>
      </w:tr>
    </w:tbl>
    <w:p>
      <w:pPr>
        <w:pStyle w:val="SectionJP"/>
      </w:pPr>
      <w:r>
        <w:rPr>
          <w:rFonts w:ascii="BIZ UDPGothic" w:hAnsi="BIZ UDPGothic" w:eastAsia="BIZ UDPGothic" w:cs="BIZ UDPGothic"/>
          <w:b/>
          <w:color w:val="174C40"/>
          <w:sz w:val="21"/>
        </w:rPr>
        <w:t>09  研究成果・地域活動の目標と確認方法</w:t>
      </w:r>
    </w:p>
    <w:p>
      <w:pPr>
        <w:pStyle w:val="HintJP"/>
      </w:pPr>
      <w:r>
        <w:rPr>
          <w:rFonts w:ascii="BIZ UDPGothic" w:hAnsi="BIZ UDPGothic" w:eastAsia="BIZ UDPGothic" w:cs="BIZ UDPGothic"/>
          <w:b w:val="0"/>
          <w:color w:val="5C6E69"/>
          <w:sz w:val="16"/>
        </w:rPr>
        <w:t>研究の到達目標と、住民との交流・研究成果の共有について、実施内容の目安と確認方法を記載してください。地域に生じる変化など、応募者だけでは左右できない成果を約束する必要はありません。</w:t>
      </w:r>
    </w:p>
    <w:tbl>
      <w:tblPr>
        <w:tblW w:type="auto" w:w="0"/>
        <w:tblLayout w:type="fixed"/>
        <w:tblLook w:firstColumn="1" w:firstRow="1" w:lastColumn="0" w:lastRow="0" w:noHBand="0" w:noVBand="1" w:val="04A0"/>
      </w:tblPr>
      <w:tblGrid>
        <w:gridCol w:w="2891"/>
        <w:gridCol w:w="6633"/>
      </w:tblGrid>
      <w:tr>
        <w:trPr>
          <w:trHeight w:val="403" w:hRule="atLeast"/>
          <w:cantSplit/>
        </w:trPr>
        <w:tc>
          <w:tcPr>
            <w:tcW w:type="dxa" w:w="2891"/>
            <w:shd w:fill="EAF1ED"/>
            <w:tcBorders>
              <w:bottom w:val="single" w:sz="5" w:color="D8E4DB"/>
            </w:tcBorders>
          </w:tcPr>
          <w:p>
            <w:r>
              <w:rPr>
                <w:rFonts w:ascii="BIZ UDPGothic" w:hAnsi="BIZ UDPGothic" w:eastAsia="BIZ UDPGothic" w:cs="BIZ UDPGothic"/>
                <w:b/>
                <w:color w:val="1F322F"/>
                <w:sz w:val="17"/>
              </w:rPr>
              <w:t>研究の成果</w:t>
            </w:r>
          </w:p>
        </w:tc>
        <w:tc>
          <w:tcPr>
            <w:tcW w:type="dxa" w:w="6633"/>
            <w:shd w:fill="FAFCFA"/>
            <w:tcBorders>
              <w:bottom w:val="single" w:sz="5" w:color="D8E4DB"/>
            </w:tcBorders>
          </w:tcPr>
          <w:p>
            <w:r>
              <w:rPr>
                <w:rFonts w:ascii="BIZ UDPGothic" w:hAnsi="BIZ UDPGothic" w:eastAsia="BIZ UDPGothic" w:cs="BIZ UDPGothic"/>
                <w:b w:val="0"/>
                <w:color w:val="5C6E69"/>
                <w:sz w:val="17"/>
              </w:rPr>
              <w:t>〈例：研究報告・論文・データ整理等／到達目標と確認方法〉</w:t>
            </w:r>
          </w:p>
        </w:tc>
      </w:tr>
      <w:tr>
        <w:trPr>
          <w:trHeight w:val="403" w:hRule="atLeast"/>
          <w:cantSplit/>
        </w:trPr>
        <w:tc>
          <w:tcPr>
            <w:tcW w:type="dxa" w:w="2891"/>
            <w:shd w:fill="EAF1ED"/>
            <w:tcBorders>
              <w:bottom w:val="single" w:sz="5" w:color="D8E4DB"/>
            </w:tcBorders>
          </w:tcPr>
          <w:p>
            <w:r>
              <w:rPr>
                <w:rFonts w:ascii="BIZ UDPGothic" w:hAnsi="BIZ UDPGothic" w:eastAsia="BIZ UDPGothic" w:cs="BIZ UDPGothic"/>
                <w:b/>
                <w:color w:val="1F322F"/>
                <w:sz w:val="17"/>
              </w:rPr>
              <w:t>住民との交流・成果共有</w:t>
            </w:r>
          </w:p>
        </w:tc>
        <w:tc>
          <w:tcPr>
            <w:tcW w:type="dxa" w:w="6633"/>
            <w:shd w:fill="FAFCFA"/>
            <w:tcBorders>
              <w:bottom w:val="single" w:sz="5" w:color="D8E4DB"/>
            </w:tcBorders>
          </w:tcPr>
          <w:p>
            <w:r>
              <w:rPr>
                <w:rFonts w:ascii="BIZ UDPGothic" w:hAnsi="BIZ UDPGothic" w:eastAsia="BIZ UDPGothic" w:cs="BIZ UDPGothic"/>
                <w:b w:val="0"/>
                <w:color w:val="5C6E69"/>
                <w:sz w:val="17"/>
              </w:rPr>
              <w:t>〈例：住民との意見交換、調査説明、研究結果の報告等〉</w:t>
            </w:r>
          </w:p>
        </w:tc>
      </w:tr>
    </w:tbl>
    <w:p>
      <w:pPr>
        <w:pStyle w:val="SectionJP"/>
      </w:pPr>
      <w:r>
        <w:rPr>
          <w:rFonts w:ascii="BIZ UDPGothic" w:hAnsi="BIZ UDPGothic" w:eastAsia="BIZ UDPGothic" w:cs="BIZ UDPGothic"/>
          <w:b/>
          <w:color w:val="174C40"/>
          <w:sz w:val="21"/>
        </w:rPr>
        <w:t>10  計画実施の前提・依存条件</w:t>
      </w:r>
    </w:p>
    <w:p>
      <w:pPr>
        <w:pStyle w:val="HintJP"/>
      </w:pPr>
      <w:r>
        <w:rPr>
          <w:rFonts w:ascii="BIZ UDPGothic" w:hAnsi="BIZ UDPGothic" w:eastAsia="BIZ UDPGothic" w:cs="BIZ UDPGothic"/>
          <w:b w:val="0"/>
          <w:color w:val="5C6E69"/>
          <w:sz w:val="16"/>
        </w:rPr>
        <w:t>季節条件、許認可、調査協力、研究設備など、計画の進行に必要な条件と代替策があれば記載してください。</w:t>
      </w:r>
    </w:p>
    <w:tbl>
      <w:tblPr>
        <w:tblW w:type="auto" w:w="0"/>
        <w:tblLayout w:type="fixed"/>
        <w:tblLook w:firstColumn="1" w:firstRow="1" w:lastColumn="0" w:lastRow="0" w:noHBand="0" w:noVBand="1" w:val="04A0"/>
      </w:tblPr>
      <w:tblGrid>
        <w:gridCol w:w="9524"/>
      </w:tblGrid>
      <w:tr>
        <w:trPr>
          <w:trHeight w:val="1304"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r>
        <w:br w:type="page"/>
      </w:r>
    </w:p>
    <w:p>
      <w:pPr>
        <w:pStyle w:val="SectionJP"/>
      </w:pPr>
      <w:r>
        <w:rPr>
          <w:rFonts w:ascii="BIZ UDPGothic" w:hAnsi="BIZ UDPGothic" w:eastAsia="BIZ UDPGothic" w:cs="BIZ UDPGothic"/>
          <w:b/>
          <w:color w:val="174C40"/>
          <w:sz w:val="21"/>
        </w:rPr>
        <w:t>11  応募者の過去の研究成果・知見</w:t>
      </w:r>
    </w:p>
    <w:p>
      <w:pPr>
        <w:pStyle w:val="HintJP"/>
      </w:pPr>
      <w:r>
        <w:rPr>
          <w:rFonts w:ascii="BIZ UDPGothic" w:hAnsi="BIZ UDPGothic" w:eastAsia="BIZ UDPGothic" w:cs="BIZ UDPGothic"/>
          <w:b w:val="0"/>
          <w:color w:val="5C6E69"/>
          <w:sz w:val="16"/>
        </w:rPr>
        <w:t>本計画に関連する代表的な研究・実績、扱える技術や手法、それらを本計画にどう活かすかを示してください。エントリーシートと重複する場合は該当部分を参照して構いません。</w:t>
      </w:r>
    </w:p>
    <w:tbl>
      <w:tblPr>
        <w:tblW w:type="auto" w:w="0"/>
        <w:tblLayout w:type="fixed"/>
        <w:tblLook w:firstColumn="1" w:firstRow="1" w:lastColumn="0" w:lastRow="0" w:noHBand="0" w:noVBand="1" w:val="04A0"/>
      </w:tblPr>
      <w:tblGrid>
        <w:gridCol w:w="9524"/>
      </w:tblGrid>
      <w:tr>
        <w:trPr>
          <w:trHeight w:val="2721"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pPr>
        <w:pStyle w:val="SectionJP"/>
      </w:pPr>
      <w:r>
        <w:rPr>
          <w:rFonts w:ascii="BIZ UDPGothic" w:hAnsi="BIZ UDPGothic" w:eastAsia="BIZ UDPGothic" w:cs="BIZ UDPGothic"/>
          <w:b/>
          <w:color w:val="174C40"/>
          <w:sz w:val="21"/>
        </w:rPr>
        <w:t>12  経費計画（概算・任意）</w:t>
      </w:r>
    </w:p>
    <w:p>
      <w:pPr>
        <w:pStyle w:val="HintJP"/>
      </w:pPr>
      <w:r>
        <w:rPr>
          <w:rFonts w:ascii="BIZ UDPGothic" w:hAnsi="BIZ UDPGothic" w:eastAsia="BIZ UDPGothic" w:cs="BIZ UDPGothic"/>
          <w:b w:val="0"/>
          <w:color w:val="5C6E69"/>
          <w:sz w:val="16"/>
        </w:rPr>
        <w:t>研究実施に必要な経費の概算と使途を、現時点で見込める範囲で記載してください。ここでの記載は予算配分や経費支給を確約するものではありません。</w:t>
      </w:r>
    </w:p>
    <w:tbl>
      <w:tblPr>
        <w:tblW w:type="auto" w:w="0"/>
        <w:tblLayout w:type="fixed"/>
        <w:tblLook w:firstColumn="1" w:firstRow="1" w:lastColumn="0" w:lastRow="0" w:noHBand="0" w:noVBand="1" w:val="04A0"/>
      </w:tblPr>
      <w:tblGrid>
        <w:gridCol w:w="2891"/>
        <w:gridCol w:w="6633"/>
      </w:tblGrid>
      <w:tr>
        <w:trPr>
          <w:trHeight w:val="403" w:hRule="atLeast"/>
          <w:cantSplit/>
        </w:trPr>
        <w:tc>
          <w:tcPr>
            <w:tcW w:type="dxa" w:w="2891"/>
            <w:shd w:fill="EAF1ED"/>
            <w:tcBorders>
              <w:bottom w:val="single" w:sz="5" w:color="D8E4DB"/>
            </w:tcBorders>
          </w:tcPr>
          <w:p>
            <w:r>
              <w:rPr>
                <w:rFonts w:ascii="BIZ UDPGothic" w:hAnsi="BIZ UDPGothic" w:eastAsia="BIZ UDPGothic" w:cs="BIZ UDPGothic"/>
                <w:b/>
                <w:color w:val="1F322F"/>
                <w:sz w:val="17"/>
              </w:rPr>
              <w:t>旅費・現地活動費</w:t>
            </w:r>
          </w:p>
        </w:tc>
        <w:tc>
          <w:tcPr>
            <w:tcW w:type="dxa" w:w="6633"/>
            <w:shd w:fill="FAFCFA"/>
            <w:tcBorders>
              <w:bottom w:val="single" w:sz="5" w:color="D8E4DB"/>
            </w:tcBorders>
          </w:tcPr>
          <w:p>
            <w:r>
              <w:rPr>
                <w:rFonts w:ascii="BIZ UDPGothic" w:hAnsi="BIZ UDPGothic" w:eastAsia="BIZ UDPGothic" w:cs="BIZ UDPGothic"/>
                <w:b w:val="0"/>
                <w:color w:val="5C6E69"/>
                <w:sz w:val="17"/>
              </w:rPr>
              <w:t>〈主な使途と概算額〉</w:t>
            </w:r>
          </w:p>
        </w:tc>
      </w:tr>
      <w:tr>
        <w:trPr>
          <w:trHeight w:val="403" w:hRule="atLeast"/>
          <w:cantSplit/>
        </w:trPr>
        <w:tc>
          <w:tcPr>
            <w:tcW w:type="dxa" w:w="2891"/>
            <w:shd w:fill="EAF1ED"/>
            <w:tcBorders>
              <w:bottom w:val="single" w:sz="5" w:color="D8E4DB"/>
            </w:tcBorders>
          </w:tcPr>
          <w:p>
            <w:r>
              <w:rPr>
                <w:rFonts w:ascii="BIZ UDPGothic" w:hAnsi="BIZ UDPGothic" w:eastAsia="BIZ UDPGothic" w:cs="BIZ UDPGothic"/>
                <w:b/>
                <w:color w:val="1F322F"/>
                <w:sz w:val="17"/>
              </w:rPr>
              <w:t>消耗品・機器・分析等</w:t>
            </w:r>
          </w:p>
        </w:tc>
        <w:tc>
          <w:tcPr>
            <w:tcW w:type="dxa" w:w="6633"/>
            <w:shd w:fill="FAFCFA"/>
            <w:tcBorders>
              <w:bottom w:val="single" w:sz="5" w:color="D8E4DB"/>
            </w:tcBorders>
          </w:tcPr>
          <w:p>
            <w:r>
              <w:rPr>
                <w:rFonts w:ascii="BIZ UDPGothic" w:hAnsi="BIZ UDPGothic" w:eastAsia="BIZ UDPGothic" w:cs="BIZ UDPGothic"/>
                <w:b w:val="0"/>
                <w:color w:val="5C6E69"/>
                <w:sz w:val="17"/>
              </w:rPr>
              <w:t>〈主な使途と概算額〉</w:t>
            </w:r>
          </w:p>
        </w:tc>
      </w:tr>
      <w:tr>
        <w:trPr>
          <w:trHeight w:val="403" w:hRule="atLeast"/>
          <w:cantSplit/>
        </w:trPr>
        <w:tc>
          <w:tcPr>
            <w:tcW w:type="dxa" w:w="2891"/>
            <w:shd w:fill="EAF1ED"/>
            <w:tcBorders>
              <w:bottom w:val="single" w:sz="5" w:color="D8E4DB"/>
            </w:tcBorders>
          </w:tcPr>
          <w:p>
            <w:r>
              <w:rPr>
                <w:rFonts w:ascii="BIZ UDPGothic" w:hAnsi="BIZ UDPGothic" w:eastAsia="BIZ UDPGothic" w:cs="BIZ UDPGothic"/>
                <w:b/>
                <w:color w:val="1F322F"/>
                <w:sz w:val="17"/>
              </w:rPr>
              <w:t>その他</w:t>
            </w:r>
          </w:p>
        </w:tc>
        <w:tc>
          <w:tcPr>
            <w:tcW w:type="dxa" w:w="6633"/>
            <w:shd w:fill="FAFCFA"/>
            <w:tcBorders>
              <w:bottom w:val="single" w:sz="5" w:color="D8E4DB"/>
            </w:tcBorders>
          </w:tcPr>
          <w:p>
            <w:r>
              <w:rPr>
                <w:rFonts w:ascii="BIZ UDPGothic" w:hAnsi="BIZ UDPGothic" w:eastAsia="BIZ UDPGothic" w:cs="BIZ UDPGothic"/>
                <w:b w:val="0"/>
                <w:color w:val="5C6E69"/>
                <w:sz w:val="17"/>
              </w:rPr>
              <w:t>〈主な使途と概算額〉</w:t>
            </w:r>
          </w:p>
        </w:tc>
      </w:tr>
      <w:tr>
        <w:trPr>
          <w:trHeight w:val="403" w:hRule="atLeast"/>
          <w:cantSplit/>
        </w:trPr>
        <w:tc>
          <w:tcPr>
            <w:tcW w:type="dxa" w:w="2891"/>
            <w:shd w:fill="EAF1ED"/>
            <w:tcBorders>
              <w:bottom w:val="single" w:sz="5" w:color="D8E4DB"/>
            </w:tcBorders>
          </w:tcPr>
          <w:p>
            <w:r>
              <w:rPr>
                <w:rFonts w:ascii="BIZ UDPGothic" w:hAnsi="BIZ UDPGothic" w:eastAsia="BIZ UDPGothic" w:cs="BIZ UDPGothic"/>
                <w:b/>
                <w:color w:val="1F322F"/>
                <w:sz w:val="17"/>
              </w:rPr>
              <w:t>想定する財源・調達</w:t>
            </w:r>
          </w:p>
        </w:tc>
        <w:tc>
          <w:tcPr>
            <w:tcW w:type="dxa" w:w="6633"/>
            <w:shd w:fill="FAFCFA"/>
            <w:tcBorders>
              <w:bottom w:val="single" w:sz="5" w:color="D8E4DB"/>
            </w:tcBorders>
          </w:tcPr>
          <w:p>
            <w:r>
              <w:rPr>
                <w:rFonts w:ascii="BIZ UDPGothic" w:hAnsi="BIZ UDPGothic" w:eastAsia="BIZ UDPGothic" w:cs="BIZ UDPGothic"/>
                <w:b w:val="0"/>
                <w:color w:val="5C6E69"/>
                <w:sz w:val="17"/>
              </w:rPr>
              <w:t>〈相談予定事項・未確定事項など〉</w:t>
            </w:r>
          </w:p>
        </w:tc>
      </w:tr>
    </w:tbl>
    <w:p>
      <w:pPr>
        <w:pStyle w:val="SectionJP"/>
      </w:pPr>
      <w:r>
        <w:rPr>
          <w:rFonts w:ascii="BIZ UDPGothic" w:hAnsi="BIZ UDPGothic" w:eastAsia="BIZ UDPGothic" w:cs="BIZ UDPGothic"/>
          <w:b/>
          <w:color w:val="174C40"/>
          <w:sz w:val="21"/>
        </w:rPr>
        <w:t>13  研究体制と協力者</w:t>
      </w:r>
    </w:p>
    <w:p>
      <w:pPr>
        <w:pStyle w:val="HintJP"/>
      </w:pPr>
      <w:r>
        <w:rPr>
          <w:rFonts w:ascii="BIZ UDPGothic" w:hAnsi="BIZ UDPGothic" w:eastAsia="BIZ UDPGothic" w:cs="BIZ UDPGothic"/>
          <w:b w:val="0"/>
          <w:color w:val="5C6E69"/>
          <w:sz w:val="16"/>
        </w:rPr>
        <w:t>実施主体、指導・助言者、地域団体・研究機関等の協力候補、役割分担を記載してください。協力未確定の場合は、その旨を明記してください。</w:t>
      </w:r>
    </w:p>
    <w:tbl>
      <w:tblPr>
        <w:tblW w:type="auto" w:w="0"/>
        <w:tblLayout w:type="fixed"/>
        <w:tblLook w:firstColumn="1" w:firstRow="1" w:lastColumn="0" w:lastRow="0" w:noHBand="0" w:noVBand="1" w:val="04A0"/>
      </w:tblPr>
      <w:tblGrid>
        <w:gridCol w:w="9524"/>
      </w:tblGrid>
      <w:tr>
        <w:trPr>
          <w:trHeight w:val="1786"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r>
        <w:br w:type="page"/>
      </w:r>
    </w:p>
    <w:p>
      <w:pPr>
        <w:pStyle w:val="SectionJP"/>
      </w:pPr>
      <w:r>
        <w:rPr>
          <w:rFonts w:ascii="BIZ UDPGothic" w:hAnsi="BIZ UDPGothic" w:eastAsia="BIZ UDPGothic" w:cs="BIZ UDPGothic"/>
          <w:b/>
          <w:color w:val="174C40"/>
          <w:sz w:val="21"/>
        </w:rPr>
        <w:t>14  研究倫理・法令遵守・リスクへの対応</w:t>
      </w:r>
    </w:p>
    <w:p>
      <w:pPr>
        <w:pStyle w:val="HintJP"/>
      </w:pPr>
      <w:r>
        <w:rPr>
          <w:rFonts w:ascii="BIZ UDPGothic" w:hAnsi="BIZ UDPGothic" w:eastAsia="BIZ UDPGothic" w:cs="BIZ UDPGothic"/>
          <w:b w:val="0"/>
          <w:color w:val="5C6E69"/>
          <w:sz w:val="16"/>
        </w:rPr>
        <w:t>個人情報・研究対象者への同意、研究倫理審査の要否、調査地・生物への影響、許認可、情報管理、安全確保など、該当する事項と対応方針を記載してください。</w:t>
      </w:r>
    </w:p>
    <w:tbl>
      <w:tblPr>
        <w:tblW w:type="auto" w:w="0"/>
        <w:tblLayout w:type="fixed"/>
        <w:tblLook w:firstColumn="1" w:firstRow="1" w:lastColumn="0" w:lastRow="0" w:noHBand="0" w:noVBand="1" w:val="04A0"/>
      </w:tblPr>
      <w:tblGrid>
        <w:gridCol w:w="9524"/>
      </w:tblGrid>
      <w:tr>
        <w:trPr>
          <w:trHeight w:val="2523"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pPr>
        <w:pStyle w:val="SectionJP"/>
      </w:pPr>
      <w:r>
        <w:rPr>
          <w:rFonts w:ascii="BIZ UDPGothic" w:hAnsi="BIZ UDPGothic" w:eastAsia="BIZ UDPGothic" w:cs="BIZ UDPGothic"/>
          <w:b/>
          <w:color w:val="174C40"/>
          <w:sz w:val="21"/>
        </w:rPr>
        <w:t>15  指導教員等の推薦コメント（任意）</w:t>
      </w:r>
    </w:p>
    <w:p>
      <w:pPr>
        <w:pStyle w:val="HintJP"/>
      </w:pPr>
      <w:r>
        <w:rPr>
          <w:rFonts w:ascii="BIZ UDPGothic" w:hAnsi="BIZ UDPGothic" w:eastAsia="BIZ UDPGothic" w:cs="BIZ UDPGothic"/>
          <w:b w:val="0"/>
          <w:color w:val="5C6E69"/>
          <w:sz w:val="16"/>
        </w:rPr>
        <w:t>推薦コメントは任意です。推薦コメントがなくても書類不備にはなりません。記入者の同意がある場合のみ記載してください。</w:t>
      </w:r>
    </w:p>
    <w:tbl>
      <w:tblPr>
        <w:tblW w:type="auto" w:w="0"/>
        <w:tblLayout w:type="fixed"/>
        <w:tblLook w:firstColumn="1" w:firstRow="1" w:lastColumn="0" w:lastRow="0" w:noHBand="0" w:noVBand="1" w:val="04A0"/>
      </w:tblPr>
      <w:tblGrid>
        <w:gridCol w:w="3402"/>
        <w:gridCol w:w="6123"/>
      </w:tblGrid>
      <w:tr>
        <w:trPr>
          <w:trHeight w:val="403" w:hRule="atLeast"/>
          <w:cantSplit/>
        </w:trPr>
        <w:tc>
          <w:tcPr>
            <w:tcW w:type="dxa" w:w="3402"/>
            <w:shd w:fill="EAF1ED"/>
            <w:tcBorders>
              <w:bottom w:val="single" w:sz="5" w:color="D8E4DB"/>
            </w:tcBorders>
          </w:tcPr>
          <w:p>
            <w:r>
              <w:rPr>
                <w:rFonts w:ascii="BIZ UDPGothic" w:hAnsi="BIZ UDPGothic" w:eastAsia="BIZ UDPGothic" w:cs="BIZ UDPGothic"/>
                <w:b/>
                <w:color w:val="1F322F"/>
                <w:sz w:val="17"/>
              </w:rPr>
              <w:t>推薦者の氏名・所属（任意）</w:t>
            </w:r>
          </w:p>
        </w:tc>
        <w:tc>
          <w:tcPr>
            <w:tcW w:type="dxa" w:w="6123"/>
            <w:shd w:fill="FAFCFA"/>
            <w:tcBorders>
              <w:bottom w:val="single" w:sz="5" w:color="D8E4DB"/>
            </w:tcBorders>
          </w:tcPr>
          <w:p>
            <w:r>
              <w:rPr>
                <w:rFonts w:ascii="BIZ UDPGothic" w:hAnsi="BIZ UDPGothic" w:eastAsia="BIZ UDPGothic" w:cs="BIZ UDPGothic"/>
                <w:b w:val="0"/>
                <w:color w:val="5C6E69"/>
                <w:sz w:val="17"/>
              </w:rPr>
              <w:t>〈氏名・所属・応募者との関係〉</w:t>
            </w:r>
          </w:p>
        </w:tc>
      </w:tr>
    </w:tbl>
    <w:tbl>
      <w:tblPr>
        <w:tblW w:type="auto" w:w="0"/>
        <w:tblLayout w:type="fixed"/>
        <w:tblLook w:firstColumn="1" w:firstRow="1" w:lastColumn="0" w:lastRow="0" w:noHBand="0" w:noVBand="1" w:val="04A0"/>
      </w:tblPr>
      <w:tblGrid>
        <w:gridCol w:w="9524"/>
      </w:tblGrid>
      <w:tr>
        <w:trPr>
          <w:trHeight w:val="1389"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pPr>
        <w:pStyle w:val="SectionJP"/>
      </w:pPr>
      <w:r>
        <w:rPr>
          <w:rFonts w:ascii="BIZ UDPGothic" w:hAnsi="BIZ UDPGothic" w:eastAsia="BIZ UDPGothic" w:cs="BIZ UDPGothic"/>
          <w:b/>
          <w:color w:val="174C40"/>
          <w:sz w:val="21"/>
        </w:rPr>
        <w:t>16  主要な参考文献・補足（任意）</w:t>
      </w:r>
    </w:p>
    <w:p>
      <w:pPr>
        <w:pStyle w:val="HintJP"/>
      </w:pPr>
      <w:r>
        <w:rPr>
          <w:rFonts w:ascii="BIZ UDPGothic" w:hAnsi="BIZ UDPGothic" w:eastAsia="BIZ UDPGothic" w:cs="BIZ UDPGothic"/>
          <w:b w:val="0"/>
          <w:color w:val="5C6E69"/>
          <w:sz w:val="16"/>
        </w:rPr>
        <w:t>研究背景を理解するために必要な文献・資料等を、特定できる書誌情報で記載してください。</w:t>
      </w:r>
    </w:p>
    <w:tbl>
      <w:tblPr>
        <w:tblW w:type="auto" w:w="0"/>
        <w:tblLayout w:type="fixed"/>
        <w:tblLook w:firstColumn="1" w:firstRow="1" w:lastColumn="0" w:lastRow="0" w:noHBand="0" w:noVBand="1" w:val="04A0"/>
      </w:tblPr>
      <w:tblGrid>
        <w:gridCol w:w="9524"/>
      </w:tblGrid>
      <w:tr>
        <w:trPr>
          <w:trHeight w:val="1276" w:hRule="atLeast"/>
          <w:cantSplit/>
        </w:trPr>
        <w:tc>
          <w:tcPr>
            <w:tcW w:type="dxa" w:w="9524"/>
            <w:vAlign w:val="top"/>
            <w:shd w:fill="F1F6F3"/>
            <w:tcBorders>
              <w:bottom w:val="single" w:sz="5" w:color="D8E4DB"/>
            </w:tcBorders>
          </w:tcPr>
          <w:p>
            <w:pPr>
              <w:spacing w:before="80"/>
            </w:pPr>
            <w:r>
              <w:rPr>
                <w:rFonts w:ascii="BIZ UDPGothic" w:hAnsi="BIZ UDPGothic" w:eastAsia="BIZ UDPGothic" w:cs="BIZ UDPGothic"/>
                <w:b w:val="0"/>
                <w:color w:val="5C6E69"/>
                <w:sz w:val="17"/>
              </w:rPr>
              <w:t>〈ここに記入してください〉</w:t>
            </w:r>
          </w:p>
        </w:tc>
      </w:tr>
    </w:tbl>
    <w:p>
      <w:pPr>
        <w:spacing w:before="160"/>
      </w:pPr>
      <w:r>
        <w:rPr>
          <w:rFonts w:ascii="BIZ UDPGothic" w:hAnsi="BIZ UDPGothic" w:eastAsia="BIZ UDPGothic" w:cs="BIZ UDPGothic"/>
          <w:b w:val="0"/>
          <w:color w:val="5C6E69"/>
          <w:sz w:val="16"/>
        </w:rPr>
        <w:t>提出方法：Word形式（.docx）またはPDF形式で、専用応募フォームから添付してください。募集・委嘱・活動費の条件は最新の募集案内によります。</w:t>
      </w:r>
    </w:p>
    <w:sectPr w:rsidR="00FC693F" w:rsidRPr="0006063C" w:rsidSect="00034616">
      <w:headerReference w:type="default" r:id="rId9"/>
      <w:footerReference w:type="default" r:id="rId10"/>
      <w:pgSz w:w="11906" w:h="16838"/>
      <w:pgMar w:top="1162" w:right="1191" w:bottom="935" w:left="1191" w:header="499" w:footer="47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BIZ UDPGothic" w:hAnsi="BIZ UDPGothic" w:eastAsia="BIZ UDPGothic" w:cs="BIZ UDPGothic"/>
        <w:b w:val="0"/>
        <w:color w:val="5C6E69"/>
        <w:sz w:val="16"/>
      </w:rPr>
      <w:t xml:space="preserve">研究計画書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BIZ UDPGothic" w:hAnsi="BIZ UDPGothic" w:eastAsia="BIZ UDPGothic" w:cs="BIZ UDPGothic"/>
        <w:b w:val="0"/>
        <w:color w:val="5C6E69"/>
        <w:sz w:val="16"/>
      </w:rPr>
      <w:t>鳥取市 研究型地域おこし協力隊｜令和8年度募集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86" w:lineRule="auto"/>
    </w:pPr>
    <w:rPr>
      <w:rFonts w:ascii="BIZ UDPGothic" w:hAnsi="BIZ UDPGothic"/>
      <w:color w:val="1F322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JP">
    <w:name w:val="DocTitleJP"/>
    <w:pPr>
      <w:keepNext/>
      <w:spacing w:before="0" w:after="140"/>
    </w:pPr>
    <w:rPr>
      <w:rFonts w:ascii="BIZ UDPGothic" w:hAnsi="BIZ UDPGothic"/>
      <w:b/>
      <w:color w:val="174C40"/>
      <w:sz w:val="34"/>
    </w:rPr>
  </w:style>
  <w:style w:type="paragraph" w:customStyle="1" w:styleId="SectionJP">
    <w:name w:val="SectionJP"/>
    <w:pPr>
      <w:keepNext/>
      <w:spacing w:before="240" w:after="100"/>
    </w:pPr>
    <w:rPr>
      <w:rFonts w:ascii="BIZ UDPGothic" w:hAnsi="BIZ UDPGothic"/>
      <w:b/>
      <w:color w:val="174C40"/>
      <w:sz w:val="21"/>
    </w:rPr>
  </w:style>
  <w:style w:type="paragraph" w:customStyle="1" w:styleId="HintJP">
    <w:name w:val="HintJP"/>
    <w:pPr>
      <w:keepNext/>
      <w:spacing w:before="0" w:after="80"/>
    </w:pPr>
    <w:rPr>
      <w:rFonts w:ascii="BIZ UDPGothic" w:hAnsi="BIZ UDPGothic"/>
      <w:b w:val="0"/>
      <w:color w:val="5C6E69"/>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令和8年度 鳥取市研究型地域おこし協力隊 研究計画書</dc:title>
  <dc:subject>研究計画書（研究内容と地域住民との関わりを中心とする改訂案）</dc:subject>
  <dc:creator>python-docx</dc:creator>
  <cp:keywords/>
  <dc:description>応募者記入用。公開・設置前に確認を要する。</dc:description>
  <cp:lastModifiedBy/>
  <cp:revision>1</cp:revision>
  <dcterms:created xsi:type="dcterms:W3CDTF">2013-12-23T23:15:00Z</dcterms:created>
  <dcterms:modified xsi:type="dcterms:W3CDTF">2013-12-23T23:15:00Z</dcterms:modified>
  <cp:category/>
</cp:coreProperties>
</file>