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TitleJP"/>
      </w:pPr>
      <w:r>
        <w:t>エントリーシート</w:t>
      </w:r>
    </w:p>
    <w:p>
      <w:pPr>
        <w:pStyle w:val="SmallJP"/>
      </w:pPr>
      <w:r>
        <w:t>令和8年度 鳥取市起業型地域おこし協力隊｜応募書類①</w:t>
      </w:r>
    </w:p>
    <w:p>
      <w:pPr>
        <w:pStyle w:val="HintJP"/>
      </w:pPr>
      <w:r>
        <w:t>募集案内に沿って記入してください。記入欄は必要に応じて拡張できます。未確定の事項は「未定」または「検討中」と記載してください。</w:t>
      </w:r>
    </w:p>
    <w:p>
      <w:pPr>
        <w:pStyle w:val="SectionJP"/>
        <w:keepLines/>
      </w:pPr>
      <w:r>
        <w:t>01  応募者情報</w:t>
      </w:r>
    </w:p>
    <w:p>
      <w:pPr>
        <w:pStyle w:val="HintJP"/>
      </w:pPr>
      <w:r>
        <w:t>生年月日・住所・連絡先など、現在の情報を記入してください。応募資格の判定は最新の募集案内を確認してください。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860"/>
      </w:tblGrid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氏名・ふりがな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〈氏名／ふりがな〉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生年月日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〈西暦　　　年　　　月　　　日〉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現住所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〈郵便番号、都道府県、市区町村、番地、建物名等〉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電話番号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〈日中連絡がつく番号〉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メールアドレス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〈選考・連絡に使用するアドレス〉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現在の所属・職業（任意）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〈勤務先・所属・事業の状況等〉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普通自動車免許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〈保有状況／免許の種類〉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自家用車の利用見込み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〈2027年4月1日時点の見込み〉</w:t>
            </w:r>
          </w:p>
        </w:tc>
      </w:tr>
      <w:tr>
        <w:trPr>
          <w:cantSplit/>
        </w:trPr>
        <w:tc>
          <w:tcPr>
            <w:tcW w:type="dxa" w:w="2721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  <w:shd w:fill="F4F7F5"/>
          </w:tcPr>
          <w:p>
            <w:pPr>
              <w:pStyle w:val="TableKeyJP"/>
            </w:pPr>
            <w:r>
              <w:t>鳥取市への転居・定住</w:t>
            </w:r>
          </w:p>
        </w:tc>
        <w:tc>
          <w:tcPr>
            <w:tcW w:type="dxa" w:w="6860"/>
            <w:tcMar>
              <w:top w:w="75" w:type="dxa"/>
              <w:start w:w="125" w:type="dxa"/>
              <w:bottom w:w="75" w:type="dxa"/>
              <w:end w:w="125" w:type="dxa"/>
            </w:tcMar>
            <w:tcBorders>
              <w:bottom w:val="single" w:sz="5" w:color="C9D5CE"/>
            </w:tcBorders>
            <w:vAlign w:val="center"/>
          </w:tcPr>
          <w:p>
            <w:pPr/>
            <w:r>
              <w:rPr>
                <w:color w:val="5C6E69"/>
              </w:rPr>
              <w:t>〈転居時期の見込み／要相談事項〉</w:t>
            </w:r>
          </w:p>
        </w:tc>
      </w:tr>
    </w:tbl>
    <w:p>
      <w:pPr>
        <w:pStyle w:val="SectionJP"/>
        <w:keepLines/>
      </w:pPr>
      <w:r>
        <w:t>02  これまでの経験・活動</w:t>
      </w:r>
    </w:p>
    <w:p>
      <w:pPr>
        <w:pStyle w:val="HintJP"/>
      </w:pPr>
      <w:r>
        <w:t>起業、仕事、事業開発、地域活動等の経験を具体的に記載してください。経歴の大小によって応募資格が決まるものではありません。</w:t>
      </w:r>
    </w:p>
    <w:p>
      <w:pPr>
        <w:pStyle w:val="MinorJP"/>
      </w:pPr>
      <w:r>
        <w:t>自身の強み・専門性</w:t>
      </w:r>
    </w:p>
    <w:p>
      <w:pPr>
        <w:pStyle w:val="HintJP"/>
      </w:pPr>
      <w:r>
        <w:t>活かせる経験、能力、技能、顧客や地域と関わった経験など（300～400字程度を目安）。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2"/>
            <w:tcBorders>
              <w:top w:val="single" w:sz="5" w:color="C9D5CE"/>
              <w:left w:val="single" w:sz="5" w:color="C9D5CE"/>
              <w:bottom w:val="single" w:sz="5" w:color="C9D5CE"/>
              <w:right w:val="single" w:sz="5" w:color="C9D5CE"/>
            </w:tcBorders>
            <w:tcMar>
              <w:top w:w="160" w:type="dxa"/>
              <w:start w:w="190" w:type="dxa"/>
              <w:bottom w:w="140" w:type="dxa"/>
              <w:end w:w="190" w:type="dxa"/>
            </w:tcMar>
          </w:tcPr>
          <w:p>
            <w:pPr/>
            <w:r>
              <w:rPr>
                <w:color w:val="5C6E69"/>
              </w:rPr>
              <w:t>〈ここに記入してください〉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MinorJP"/>
      </w:pPr>
      <w:r>
        <w:t>主な実績・取り組み</w:t>
      </w:r>
    </w:p>
    <w:p>
      <w:pPr>
        <w:pStyle w:val="HintJP"/>
      </w:pPr>
      <w:r>
        <w:t>代表的なものを3件程度。実績がまだない場合は、これまでの取り組みや学びを記載してください。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2"/>
            <w:tcBorders>
              <w:top w:val="single" w:sz="5" w:color="C9D5CE"/>
              <w:left w:val="single" w:sz="5" w:color="C9D5CE"/>
              <w:bottom w:val="single" w:sz="5" w:color="C9D5CE"/>
              <w:right w:val="single" w:sz="5" w:color="C9D5CE"/>
            </w:tcBorders>
            <w:tcMar>
              <w:top w:w="160" w:type="dxa"/>
              <w:start w:w="190" w:type="dxa"/>
              <w:bottom w:w="140" w:type="dxa"/>
              <w:end w:w="190" w:type="dxa"/>
            </w:tcMar>
          </w:tcPr>
          <w:p>
            <w:pPr/>
            <w:r>
              <w:rPr>
                <w:color w:val="5C6E69"/>
              </w:rPr>
              <w:t>〈ここに記入してください〉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SectionJP"/>
        <w:keepLines/>
      </w:pPr>
      <w:r>
        <w:t>03  応募動機</w:t>
      </w:r>
    </w:p>
    <w:p>
      <w:pPr>
        <w:pStyle w:val="HintJP"/>
      </w:pPr>
      <w:r>
        <w:t>なぜ起業型地域おこし協力隊に応募し、鳥取市西地域（主に気高町日光地区）で活動したいのかを記載してください（400～600字程度を目安）。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2"/>
            <w:tcBorders>
              <w:top w:val="single" w:sz="5" w:color="C9D5CE"/>
              <w:left w:val="single" w:sz="5" w:color="C9D5CE"/>
              <w:bottom w:val="single" w:sz="5" w:color="C9D5CE"/>
              <w:right w:val="single" w:sz="5" w:color="C9D5CE"/>
            </w:tcBorders>
            <w:tcMar>
              <w:top w:w="160" w:type="dxa"/>
              <w:start w:w="190" w:type="dxa"/>
              <w:bottom w:w="140" w:type="dxa"/>
              <w:end w:w="190" w:type="dxa"/>
            </w:tcMar>
          </w:tcPr>
          <w:p>
            <w:pPr/>
            <w:r>
              <w:rPr>
                <w:color w:val="5C6E69"/>
              </w:rPr>
              <w:t>〈ここに記入してください〉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SectionJP"/>
        <w:keepLines/>
      </w:pPr>
      <w:r>
        <w:t>04  地域との関わり方</w:t>
      </w:r>
    </w:p>
    <w:p>
      <w:pPr>
        <w:pStyle w:val="HintJP"/>
      </w:pPr>
      <w:r>
        <w:t>地域住民や事業者との関係づくり、地域行事等への参加、地域の自然・暮らしを尊重する姿勢について記載してください（300～400字程度を目安）。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2"/>
            <w:tcBorders>
              <w:top w:val="single" w:sz="5" w:color="C9D5CE"/>
              <w:left w:val="single" w:sz="5" w:color="C9D5CE"/>
              <w:bottom w:val="single" w:sz="5" w:color="C9D5CE"/>
              <w:right w:val="single" w:sz="5" w:color="C9D5CE"/>
            </w:tcBorders>
            <w:tcMar>
              <w:top w:w="160" w:type="dxa"/>
              <w:start w:w="190" w:type="dxa"/>
              <w:bottom w:w="140" w:type="dxa"/>
              <w:end w:w="190" w:type="dxa"/>
            </w:tcMar>
          </w:tcPr>
          <w:p>
            <w:pPr/>
            <w:r>
              <w:rPr>
                <w:color w:val="5C6E69"/>
              </w:rPr>
              <w:t>〈ここに記入してください〉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SectionJP"/>
        <w:keepLines/>
      </w:pPr>
      <w:r>
        <w:t>05  任期終了後の展望</w:t>
      </w:r>
    </w:p>
    <w:p>
      <w:pPr>
        <w:pStyle w:val="HintJP"/>
      </w:pPr>
      <w:r>
        <w:t>任期中の起業に向けた取組と、任期終了後の仕事・事業・鳥取市への定住について、現時点の考えを記載してください（250～400字程度を目安）。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2"/>
            <w:tcBorders>
              <w:top w:val="single" w:sz="5" w:color="C9D5CE"/>
              <w:left w:val="single" w:sz="5" w:color="C9D5CE"/>
              <w:bottom w:val="single" w:sz="5" w:color="C9D5CE"/>
              <w:right w:val="single" w:sz="5" w:color="C9D5CE"/>
            </w:tcBorders>
            <w:tcMar>
              <w:top w:w="160" w:type="dxa"/>
              <w:start w:w="190" w:type="dxa"/>
              <w:bottom w:w="140" w:type="dxa"/>
              <w:end w:w="190" w:type="dxa"/>
            </w:tcMar>
          </w:tcPr>
          <w:p>
            <w:pPr/>
            <w:r>
              <w:rPr>
                <w:color w:val="5C6E69"/>
              </w:rPr>
              <w:t>〈ここに記入してください〉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SectionJP"/>
        <w:keepLines/>
      </w:pPr>
      <w:r>
        <w:t>06  応募資格等の確認・その他（任意）</w:t>
      </w:r>
    </w:p>
    <w:p>
      <w:pPr>
        <w:pStyle w:val="HintJP"/>
      </w:pPr>
      <w:r>
        <w:t>募集案内に記載された年齢、居住地・住民票、免許、定住意向等の条件を確認し、事務局に確認したい点があれば記載してください。選考に不要な機微情報は記載しないでください。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581"/>
      </w:tblGrid>
      <w:tr>
        <w:trPr>
          <w:cantSplit/>
        </w:trPr>
        <w:tc>
          <w:tcPr>
            <w:tcW w:type="dxa" w:w="9582"/>
            <w:tcBorders>
              <w:top w:val="single" w:sz="5" w:color="C9D5CE"/>
              <w:left w:val="single" w:sz="5" w:color="C9D5CE"/>
              <w:bottom w:val="single" w:sz="5" w:color="C9D5CE"/>
              <w:right w:val="single" w:sz="5" w:color="C9D5CE"/>
            </w:tcBorders>
            <w:tcMar>
              <w:top w:w="160" w:type="dxa"/>
              <w:start w:w="190" w:type="dxa"/>
              <w:bottom w:w="140" w:type="dxa"/>
              <w:end w:w="190" w:type="dxa"/>
            </w:tcMar>
          </w:tcPr>
          <w:p>
            <w:pPr/>
            <w:r>
              <w:rPr>
                <w:color w:val="5C6E69"/>
              </w:rPr>
              <w:t>〈ここに記入してください〉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  <w:p>
            <w:pPr>
              <w:spacing w:after="100" w:line="240" w:lineRule="auto"/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SmallJP"/>
        <w:spacing w:before="140"/>
      </w:pPr>
      <w:r>
        <w:t>【提出方法】本書類・事業概要（ポートフォリオ）・運転免許証の写しを、2027年1月12日（火）17:00（日本時間）までに office@ncit.site へメール添付で提出してください。事前相談フォームの送信は正式応募にはなりません。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51" w:right="1162" w:bottom="1009" w:left="1162" w:header="493" w:footer="5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BIZ UDPGothic" w:hAnsi="BIZ UDPGothic"/>
        <w:color w:val="5C6E69"/>
        <w:sz w:val="16"/>
      </w:rPr>
      <w:t xml:space="preserve">エントリーシート  ｜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JP"/>
      <w:jc w:val="right"/>
    </w:pPr>
    <w:r>
      <w:rPr>
        <w:color w:val="5C6E69"/>
      </w:rPr>
      <w:t>鳥取市 起業型地域おこし協力隊  ｜  令和8年度募集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07" w:lineRule="auto"/>
    </w:pPr>
    <w:rPr>
      <w:rFonts w:ascii="BIZ UDPGothic" w:hAnsi="BIZ UDPGothic" w:eastAsia="BIZ UDPGothic"/>
      <w:b w:val="0"/>
      <w:color w:val="203832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JP">
    <w:name w:val="DocTitleJP"/>
    <w:basedOn w:val="Normal"/>
    <w:pPr>
      <w:keepNext w:val="0"/>
      <w:spacing w:before="0" w:after="140"/>
    </w:pPr>
    <w:rPr>
      <w:rFonts w:ascii="BIZ UDPGothic" w:hAnsi="BIZ UDPGothic" w:eastAsia="BIZ UDPGothic"/>
      <w:b/>
      <w:color w:val="174C40"/>
      <w:sz w:val="34"/>
    </w:rPr>
  </w:style>
  <w:style w:type="paragraph" w:customStyle="1" w:styleId="SectionJP">
    <w:name w:val="SectionJP"/>
    <w:basedOn w:val="Normal"/>
    <w:pPr>
      <w:keepNext/>
      <w:spacing w:before="280" w:after="120"/>
    </w:pPr>
    <w:rPr>
      <w:rFonts w:ascii="BIZ UDPGothic" w:hAnsi="BIZ UDPGothic" w:eastAsia="BIZ UDPGothic"/>
      <w:b/>
      <w:color w:val="174C40"/>
      <w:sz w:val="21"/>
    </w:rPr>
  </w:style>
  <w:style w:type="paragraph" w:customStyle="1" w:styleId="HintJP">
    <w:name w:val="HintJP"/>
    <w:basedOn w:val="Normal"/>
    <w:pPr>
      <w:keepNext w:val="0"/>
      <w:spacing w:before="0" w:after="100"/>
    </w:pPr>
    <w:rPr>
      <w:rFonts w:ascii="BIZ UDPGothic" w:hAnsi="BIZ UDPGothic" w:eastAsia="BIZ UDPGothic"/>
      <w:b w:val="0"/>
      <w:color w:val="5C6E69"/>
      <w:sz w:val="16"/>
    </w:rPr>
  </w:style>
  <w:style w:type="paragraph" w:customStyle="1" w:styleId="MinorJP">
    <w:name w:val="MinorJP"/>
    <w:basedOn w:val="Normal"/>
    <w:pPr>
      <w:keepNext/>
      <w:spacing w:before="180" w:after="60"/>
    </w:pPr>
    <w:rPr>
      <w:rFonts w:ascii="BIZ UDPGothic" w:hAnsi="BIZ UDPGothic" w:eastAsia="BIZ UDPGothic"/>
      <w:b/>
      <w:color w:val="203832"/>
      <w:sz w:val="18"/>
    </w:rPr>
  </w:style>
  <w:style w:type="paragraph" w:customStyle="1" w:styleId="SmallJP">
    <w:name w:val="SmallJP"/>
    <w:basedOn w:val="Normal"/>
    <w:pPr>
      <w:keepNext w:val="0"/>
      <w:spacing w:before="80" w:after="80"/>
    </w:pPr>
    <w:rPr>
      <w:rFonts w:ascii="BIZ UDPGothic" w:hAnsi="BIZ UDPGothic" w:eastAsia="BIZ UDPGothic"/>
      <w:b w:val="0"/>
      <w:color w:val="5C6E69"/>
      <w:sz w:val="15"/>
    </w:rPr>
  </w:style>
  <w:style w:type="paragraph" w:customStyle="1" w:styleId="TableKeyJP">
    <w:name w:val="TableKeyJP"/>
    <w:basedOn w:val="Normal"/>
    <w:pPr>
      <w:keepNext w:val="0"/>
      <w:spacing w:before="0" w:after="0"/>
    </w:pPr>
    <w:rPr>
      <w:rFonts w:ascii="BIZ UDPGothic" w:hAnsi="BIZ UDPGothic" w:eastAsia="BIZ UDPGothic"/>
      <w:b/>
      <w:color w:val="203832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