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TitleJP"/>
      </w:pPr>
      <w:r>
        <w:t>事業概要（ポートフォリオ）</w:t>
      </w:r>
    </w:p>
    <w:p>
      <w:pPr>
        <w:pStyle w:val="SmallJP"/>
      </w:pPr>
      <w:r>
        <w:t>令和8年度 鳥取市起業型地域おこし協力隊｜応募書類②</w:t>
      </w:r>
    </w:p>
    <w:p>
      <w:pPr>
        <w:pStyle w:val="HintJP"/>
      </w:pPr>
      <w:r>
        <w:t>募集案内に沿って記入してください。記入欄は必要に応じて拡張できます。未確定の事項は「未定」または「検討中」と記載してください。</w:t>
      </w:r>
    </w:p>
    <w:p>
      <w:pPr>
        <w:pStyle w:val="SmallJP"/>
        <w:spacing w:before="140"/>
      </w:pPr>
      <w:r>
        <w:t>記入上の留意事項：現時点の仮説・構想で構いません。「確認できている事実」「今後確かめる仮説」「未定事項」を区別してください。参考画像・図表・既存の企画資料を必要に応じて付け加えることができます。</w:t>
      </w:r>
    </w:p>
    <w:p>
      <w:pPr>
        <w:pStyle w:val="SectionJP"/>
        <w:keepLines/>
      </w:pPr>
      <w:r>
        <w:t>01  事業構想の基本情報</w:t>
      </w:r>
    </w:p>
    <w:tbl>
      <w:tblPr>
        <w:tblW w:type="auto" w:w="0"/>
        <w:jc w:val="center"/>
        <w:tblLayout w:type="fixed"/>
        <w:tblLook w:firstColumn="1" w:firstRow="1" w:lastColumn="0" w:lastRow="0" w:noHBand="0" w:noVBand="1" w:val="04A0"/>
      </w:tblPr>
      <w:tblGrid>
        <w:gridCol w:w="2665"/>
        <w:gridCol w:w="6917"/>
      </w:tblGrid>
      <w:tr>
        <w:trPr>
          <w:cantSplit/>
        </w:trPr>
        <w:tc>
          <w:tcPr>
            <w:tcW w:type="dxa" w:w="2665"/>
            <w:tcMar>
              <w:top w:w="75" w:type="dxa"/>
              <w:start w:w="125" w:type="dxa"/>
              <w:bottom w:w="75" w:type="dxa"/>
              <w:end w:w="125" w:type="dxa"/>
            </w:tcMar>
            <w:tcBorders>
              <w:bottom w:val="single" w:sz="5" w:color="C9D5CE"/>
            </w:tcBorders>
            <w:vAlign w:val="center"/>
            <w:shd w:fill="F4F7F5"/>
          </w:tcPr>
          <w:p>
            <w:pPr>
              <w:pStyle w:val="TableKeyJP"/>
            </w:pPr>
            <w:r>
              <w:t>応募者氏名</w:t>
            </w:r>
          </w:p>
        </w:tc>
        <w:tc>
          <w:tcPr>
            <w:tcW w:type="dxa" w:w="6917"/>
            <w:tcMar>
              <w:top w:w="75" w:type="dxa"/>
              <w:start w:w="125" w:type="dxa"/>
              <w:bottom w:w="75" w:type="dxa"/>
              <w:end w:w="125" w:type="dxa"/>
            </w:tcMar>
            <w:tcBorders>
              <w:bottom w:val="single" w:sz="5" w:color="C9D5CE"/>
            </w:tcBorders>
            <w:vAlign w:val="center"/>
          </w:tcPr>
          <w:p>
            <w:pPr/>
            <w:r>
              <w:rPr>
                <w:color w:val="5C6E69"/>
              </w:rPr>
              <w:t>〈エントリーシートと同じ氏名〉</w:t>
            </w:r>
          </w:p>
        </w:tc>
      </w:tr>
      <w:tr>
        <w:trPr>
          <w:cantSplit/>
        </w:trPr>
        <w:tc>
          <w:tcPr>
            <w:tcW w:type="dxa" w:w="2665"/>
            <w:tcMar>
              <w:top w:w="75" w:type="dxa"/>
              <w:start w:w="125" w:type="dxa"/>
              <w:bottom w:w="75" w:type="dxa"/>
              <w:end w:w="125" w:type="dxa"/>
            </w:tcMar>
            <w:tcBorders>
              <w:bottom w:val="single" w:sz="5" w:color="C9D5CE"/>
            </w:tcBorders>
            <w:vAlign w:val="center"/>
            <w:shd w:fill="F4F7F5"/>
          </w:tcPr>
          <w:p>
            <w:pPr>
              <w:pStyle w:val="TableKeyJP"/>
            </w:pPr>
            <w:r>
              <w:t>事業・プロジェクト名</w:t>
            </w:r>
          </w:p>
        </w:tc>
        <w:tc>
          <w:tcPr>
            <w:tcW w:type="dxa" w:w="6917"/>
            <w:tcMar>
              <w:top w:w="75" w:type="dxa"/>
              <w:start w:w="125" w:type="dxa"/>
              <w:bottom w:w="75" w:type="dxa"/>
              <w:end w:w="125" w:type="dxa"/>
            </w:tcMar>
            <w:tcBorders>
              <w:bottom w:val="single" w:sz="5" w:color="C9D5CE"/>
            </w:tcBorders>
            <w:vAlign w:val="center"/>
          </w:tcPr>
          <w:p>
            <w:pPr/>
            <w:r>
              <w:rPr>
                <w:color w:val="5C6E69"/>
              </w:rPr>
              <w:t>〈仮称でも可〉</w:t>
            </w:r>
          </w:p>
        </w:tc>
      </w:tr>
      <w:tr>
        <w:trPr>
          <w:cantSplit/>
        </w:trPr>
        <w:tc>
          <w:tcPr>
            <w:tcW w:type="dxa" w:w="2665"/>
            <w:tcMar>
              <w:top w:w="75" w:type="dxa"/>
              <w:start w:w="125" w:type="dxa"/>
              <w:bottom w:w="75" w:type="dxa"/>
              <w:end w:w="125" w:type="dxa"/>
            </w:tcMar>
            <w:tcBorders>
              <w:bottom w:val="single" w:sz="5" w:color="C9D5CE"/>
            </w:tcBorders>
            <w:vAlign w:val="center"/>
            <w:shd w:fill="F4F7F5"/>
          </w:tcPr>
          <w:p>
            <w:pPr>
              <w:pStyle w:val="TableKeyJP"/>
            </w:pPr>
            <w:r>
              <w:t>事業の領域</w:t>
            </w:r>
          </w:p>
        </w:tc>
        <w:tc>
          <w:tcPr>
            <w:tcW w:type="dxa" w:w="6917"/>
            <w:tcMar>
              <w:top w:w="75" w:type="dxa"/>
              <w:start w:w="125" w:type="dxa"/>
              <w:bottom w:w="75" w:type="dxa"/>
              <w:end w:w="125" w:type="dxa"/>
            </w:tcMar>
            <w:tcBorders>
              <w:bottom w:val="single" w:sz="5" w:color="C9D5CE"/>
            </w:tcBorders>
            <w:vAlign w:val="center"/>
          </w:tcPr>
          <w:p>
            <w:pPr/>
            <w:r>
              <w:rPr>
                <w:color w:val="5C6E69"/>
              </w:rPr>
              <w:t>〈食・観光・自然体験・生態系・その他等、自由に記載〉</w:t>
            </w:r>
          </w:p>
        </w:tc>
      </w:tr>
      <w:tr>
        <w:trPr>
          <w:cantSplit/>
        </w:trPr>
        <w:tc>
          <w:tcPr>
            <w:tcW w:type="dxa" w:w="2665"/>
            <w:tcMar>
              <w:top w:w="75" w:type="dxa"/>
              <w:start w:w="125" w:type="dxa"/>
              <w:bottom w:w="75" w:type="dxa"/>
              <w:end w:w="125" w:type="dxa"/>
            </w:tcMar>
            <w:tcBorders>
              <w:bottom w:val="single" w:sz="5" w:color="C9D5CE"/>
            </w:tcBorders>
            <w:vAlign w:val="center"/>
            <w:shd w:fill="F4F7F5"/>
          </w:tcPr>
          <w:p>
            <w:pPr>
              <w:pStyle w:val="TableKeyJP"/>
            </w:pPr>
            <w:r>
              <w:t>主な実施予定エリア</w:t>
            </w:r>
          </w:p>
        </w:tc>
        <w:tc>
          <w:tcPr>
            <w:tcW w:type="dxa" w:w="6917"/>
            <w:tcMar>
              <w:top w:w="75" w:type="dxa"/>
              <w:start w:w="125" w:type="dxa"/>
              <w:bottom w:w="75" w:type="dxa"/>
              <w:end w:w="125" w:type="dxa"/>
            </w:tcMar>
            <w:tcBorders>
              <w:bottom w:val="single" w:sz="5" w:color="C9D5CE"/>
            </w:tcBorders>
            <w:vAlign w:val="center"/>
          </w:tcPr>
          <w:p>
            <w:pPr/>
            <w:r>
              <w:rPr>
                <w:color w:val="5C6E69"/>
              </w:rPr>
              <w:t>〈鳥取市西地域／主に気高町日光地区など〉</w:t>
            </w:r>
          </w:p>
        </w:tc>
      </w:tr>
      <w:tr>
        <w:trPr>
          <w:cantSplit/>
        </w:trPr>
        <w:tc>
          <w:tcPr>
            <w:tcW w:type="dxa" w:w="2665"/>
            <w:tcMar>
              <w:top w:w="75" w:type="dxa"/>
              <w:start w:w="125" w:type="dxa"/>
              <w:bottom w:w="75" w:type="dxa"/>
              <w:end w:w="125" w:type="dxa"/>
            </w:tcMar>
            <w:tcBorders>
              <w:bottom w:val="single" w:sz="5" w:color="C9D5CE"/>
            </w:tcBorders>
            <w:vAlign w:val="center"/>
            <w:shd w:fill="F4F7F5"/>
          </w:tcPr>
          <w:p>
            <w:pPr>
              <w:pStyle w:val="TableKeyJP"/>
            </w:pPr>
            <w:r>
              <w:t>事業の現在地</w:t>
            </w:r>
          </w:p>
        </w:tc>
        <w:tc>
          <w:tcPr>
            <w:tcW w:type="dxa" w:w="6917"/>
            <w:tcMar>
              <w:top w:w="75" w:type="dxa"/>
              <w:start w:w="125" w:type="dxa"/>
              <w:bottom w:w="75" w:type="dxa"/>
              <w:end w:w="125" w:type="dxa"/>
            </w:tcMar>
            <w:tcBorders>
              <w:bottom w:val="single" w:sz="5" w:color="C9D5CE"/>
            </w:tcBorders>
            <w:vAlign w:val="center"/>
          </w:tcPr>
          <w:p>
            <w:pPr/>
            <w:r>
              <w:rPr>
                <w:color w:val="5C6E69"/>
              </w:rPr>
              <w:t>〈構想段階・試作中・顧客検証中・既存事業の展開等〉</w:t>
            </w:r>
          </w:p>
        </w:tc>
      </w:tr>
    </w:tbl>
    <w:p>
      <w:pPr>
        <w:pStyle w:val="SectionJP"/>
        <w:keepLines/>
      </w:pPr>
      <w:r>
        <w:t>02  事業の要約</w:t>
      </w:r>
    </w:p>
    <w:p>
      <w:pPr>
        <w:pStyle w:val="HintJP"/>
      </w:pPr>
      <w:r>
        <w:t>誰のどのような課題や期待に、何を提供し、地域とどのように関わるかを簡潔に記載してください（400～600字程度を目安）。</w:t>
      </w:r>
    </w:p>
    <w:tbl>
      <w:tblPr>
        <w:tblW w:type="auto" w:w="0"/>
        <w:tblLayout w:type="fixed"/>
        <w:tblLook w:firstColumn="1" w:firstRow="1" w:lastColumn="0" w:lastRow="0" w:noHBand="0" w:noVBand="1" w:val="04A0"/>
      </w:tblPr>
      <w:tblGrid>
        <w:gridCol w:w="9581"/>
      </w:tblGrid>
      <w:tr>
        <w:trPr>
          <w:cantSplit/>
        </w:trPr>
        <w:tc>
          <w:tcPr>
            <w:tcW w:type="dxa" w:w="9582"/>
            <w:tcBorders>
              <w:top w:val="single" w:sz="5" w:color="C9D5CE"/>
              <w:left w:val="single" w:sz="5" w:color="C9D5CE"/>
              <w:bottom w:val="single" w:sz="5" w:color="C9D5CE"/>
              <w:right w:val="single" w:sz="5" w:color="C9D5CE"/>
            </w:tcBorders>
            <w:tcMar>
              <w:top w:w="160" w:type="dxa"/>
              <w:start w:w="190" w:type="dxa"/>
              <w:bottom w:w="140" w:type="dxa"/>
              <w:end w:w="190" w:type="dxa"/>
            </w:tcMar>
          </w:tcPr>
          <w:p>
            <w:pPr/>
            <w:r>
              <w:rPr>
                <w:color w:val="5C6E69"/>
              </w:rPr>
              <w:t>〈ここに記入してください〉</w:t>
            </w:r>
          </w:p>
          <w:p>
            <w:pPr>
              <w:spacing w:after="100" w:line="240" w:lineRule="auto"/>
            </w:pPr>
            <w:r>
              <w:t xml:space="preserve"> </w:t>
            </w:r>
          </w:p>
          <w:p>
            <w:pPr>
              <w:spacing w:after="100" w:line="240" w:lineRule="auto"/>
            </w:pPr>
            <w:r>
              <w:t xml:space="preserve"> </w:t>
            </w:r>
          </w:p>
          <w:p>
            <w:pPr>
              <w:spacing w:after="100" w:line="240" w:lineRule="auto"/>
            </w:pPr>
            <w:r>
              <w:t xml:space="preserve"> </w:t>
            </w:r>
          </w:p>
          <w:p>
            <w:pPr>
              <w:spacing w:after="100" w:line="240" w:lineRule="auto"/>
            </w:pPr>
            <w:r>
              <w:t xml:space="preserve"> </w:t>
            </w:r>
          </w:p>
          <w:p>
            <w:pPr>
              <w:spacing w:after="100" w:line="240" w:lineRule="auto"/>
            </w:pPr>
            <w:r>
              <w:t xml:space="preserve"> </w:t>
            </w:r>
          </w:p>
        </w:tc>
      </w:tr>
    </w:tbl>
    <w:p>
      <w:pPr>
        <w:spacing w:after="0"/>
      </w:pPr>
    </w:p>
    <w:p>
      <w:pPr>
        <w:pStyle w:val="SectionJP"/>
        <w:keepLines/>
      </w:pPr>
      <w:r>
        <w:t>03  着目する地域資源・背景</w:t>
      </w:r>
    </w:p>
    <w:p>
      <w:pPr>
        <w:pStyle w:val="HintJP"/>
      </w:pPr>
      <w:r>
        <w:t>自然、農業、食文化、暮らし、地域の知恵など、関心を持つ対象と、その価値・課題を記載してください。現地確認がまだの場合は、その旨を示してください。</w:t>
      </w:r>
    </w:p>
    <w:tbl>
      <w:tblPr>
        <w:tblW w:type="auto" w:w="0"/>
        <w:tblLayout w:type="fixed"/>
        <w:tblLook w:firstColumn="1" w:firstRow="1" w:lastColumn="0" w:lastRow="0" w:noHBand="0" w:noVBand="1" w:val="04A0"/>
      </w:tblPr>
      <w:tblGrid>
        <w:gridCol w:w="9581"/>
      </w:tblGrid>
      <w:tr>
        <w:trPr>
          <w:cantSplit/>
        </w:trPr>
        <w:tc>
          <w:tcPr>
            <w:tcW w:type="dxa" w:w="9582"/>
            <w:tcBorders>
              <w:top w:val="single" w:sz="5" w:color="C9D5CE"/>
              <w:left w:val="single" w:sz="5" w:color="C9D5CE"/>
              <w:bottom w:val="single" w:sz="5" w:color="C9D5CE"/>
              <w:right w:val="single" w:sz="5" w:color="C9D5CE"/>
            </w:tcBorders>
            <w:tcMar>
              <w:top w:w="160" w:type="dxa"/>
              <w:start w:w="190" w:type="dxa"/>
              <w:bottom w:w="140" w:type="dxa"/>
              <w:end w:w="190" w:type="dxa"/>
            </w:tcMar>
          </w:tcPr>
          <w:p>
            <w:pPr/>
            <w:r>
              <w:rPr>
                <w:color w:val="5C6E69"/>
              </w:rPr>
              <w:t>〈ここに記入してください〉</w:t>
            </w:r>
          </w:p>
          <w:p>
            <w:pPr>
              <w:spacing w:after="100" w:line="240" w:lineRule="auto"/>
            </w:pPr>
            <w:r>
              <w:t xml:space="preserve"> </w:t>
            </w:r>
          </w:p>
          <w:p>
            <w:pPr>
              <w:spacing w:after="100" w:line="240" w:lineRule="auto"/>
            </w:pPr>
            <w:r>
              <w:t xml:space="preserve"> </w:t>
            </w:r>
          </w:p>
          <w:p>
            <w:pPr>
              <w:spacing w:after="100" w:line="240" w:lineRule="auto"/>
            </w:pPr>
            <w:r>
              <w:t xml:space="preserve"> </w:t>
            </w:r>
          </w:p>
        </w:tc>
      </w:tr>
    </w:tbl>
    <w:p>
      <w:pPr>
        <w:spacing w:after="0"/>
      </w:pPr>
    </w:p>
    <w:p>
      <w:r>
        <w:br w:type="page"/>
      </w:r>
    </w:p>
    <w:p>
      <w:pPr>
        <w:pStyle w:val="SectionJP"/>
        <w:keepLines/>
      </w:pPr>
      <w:r>
        <w:t>04  顧客・利用者と提供価値</w:t>
      </w:r>
    </w:p>
    <w:p>
      <w:pPr>
        <w:pStyle w:val="HintJP"/>
      </w:pPr>
      <w:r>
        <w:t>事業の成立を確かめるために、想定する顧客・利用者と価値提供を整理してください。未検証の部分は仮説として記載してください。</w:t>
      </w:r>
    </w:p>
    <w:tbl>
      <w:tblPr>
        <w:tblW w:type="auto" w:w="0"/>
        <w:jc w:val="center"/>
        <w:tblLayout w:type="fixed"/>
        <w:tblLook w:firstColumn="1" w:firstRow="1" w:lastColumn="0" w:lastRow="0" w:noHBand="0" w:noVBand="1" w:val="04A0"/>
      </w:tblPr>
      <w:tblGrid>
        <w:gridCol w:w="3005"/>
        <w:gridCol w:w="6576"/>
      </w:tblGrid>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想定顧客・利用者</w:t>
            </w:r>
          </w:p>
        </w:tc>
        <w:tc>
          <w:tcPr>
            <w:tcW w:type="dxa" w:w="6576"/>
            <w:tcMar>
              <w:top w:w="75" w:type="dxa"/>
              <w:start w:w="125" w:type="dxa"/>
              <w:bottom w:w="75" w:type="dxa"/>
              <w:end w:w="125" w:type="dxa"/>
            </w:tcMar>
            <w:tcBorders>
              <w:bottom w:val="single" w:sz="5" w:color="C9D5CE"/>
            </w:tcBorders>
            <w:vAlign w:val="center"/>
          </w:tcPr>
          <w:p>
            <w:pPr/>
            <w:r>
              <w:rPr>
                <w:color w:val="5C6E69"/>
              </w:rPr>
              <w:t>〈誰が使う／購入する／依頼するのか〉</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解決したい課題・期待</w:t>
            </w:r>
          </w:p>
        </w:tc>
        <w:tc>
          <w:tcPr>
            <w:tcW w:type="dxa" w:w="6576"/>
            <w:tcMar>
              <w:top w:w="75" w:type="dxa"/>
              <w:start w:w="125" w:type="dxa"/>
              <w:bottom w:w="75" w:type="dxa"/>
              <w:end w:w="125" w:type="dxa"/>
            </w:tcMar>
            <w:tcBorders>
              <w:bottom w:val="single" w:sz="5" w:color="C9D5CE"/>
            </w:tcBorders>
            <w:vAlign w:val="center"/>
          </w:tcPr>
          <w:p>
            <w:pPr/>
            <w:r>
              <w:rPr>
                <w:color w:val="5C6E69"/>
              </w:rPr>
              <w:t>〈顧客・利用者が困っていること、求める価値〉</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提供する価値</w:t>
            </w:r>
          </w:p>
        </w:tc>
        <w:tc>
          <w:tcPr>
            <w:tcW w:type="dxa" w:w="6576"/>
            <w:tcMar>
              <w:top w:w="75" w:type="dxa"/>
              <w:start w:w="125" w:type="dxa"/>
              <w:bottom w:w="75" w:type="dxa"/>
              <w:end w:w="125" w:type="dxa"/>
            </w:tcMar>
            <w:tcBorders>
              <w:bottom w:val="single" w:sz="5" w:color="C9D5CE"/>
            </w:tcBorders>
            <w:vAlign w:val="center"/>
          </w:tcPr>
          <w:p>
            <w:pPr/>
            <w:r>
              <w:rPr>
                <w:color w:val="5C6E69"/>
              </w:rPr>
              <w:t>〈商品・サービス・体験によって何が変わるか〉</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確認済みの根拠</w:t>
            </w:r>
          </w:p>
        </w:tc>
        <w:tc>
          <w:tcPr>
            <w:tcW w:type="dxa" w:w="6576"/>
            <w:tcMar>
              <w:top w:w="75" w:type="dxa"/>
              <w:start w:w="125" w:type="dxa"/>
              <w:bottom w:w="75" w:type="dxa"/>
              <w:end w:w="125" w:type="dxa"/>
            </w:tcMar>
            <w:tcBorders>
              <w:bottom w:val="single" w:sz="5" w:color="C9D5CE"/>
            </w:tcBorders>
            <w:vAlign w:val="center"/>
          </w:tcPr>
          <w:p>
            <w:pPr/>
            <w:r>
              <w:rPr>
                <w:color w:val="5C6E69"/>
              </w:rPr>
              <w:t>〈観察・インタビュー・試作・販売など／未検証ならその旨〉</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提供する商品・サービス</w:t>
            </w:r>
          </w:p>
        </w:tc>
        <w:tc>
          <w:tcPr>
            <w:tcW w:type="dxa" w:w="6576"/>
            <w:tcMar>
              <w:top w:w="75" w:type="dxa"/>
              <w:start w:w="125" w:type="dxa"/>
              <w:bottom w:w="75" w:type="dxa"/>
              <w:end w:w="125" w:type="dxa"/>
            </w:tcMar>
            <w:tcBorders>
              <w:bottom w:val="single" w:sz="5" w:color="C9D5CE"/>
            </w:tcBorders>
            <w:vAlign w:val="center"/>
          </w:tcPr>
          <w:p>
            <w:pPr/>
            <w:r>
              <w:rPr>
                <w:color w:val="5C6E69"/>
              </w:rPr>
              <w:t>〈内容・提供方法・対象地域など〉</w:t>
            </w:r>
          </w:p>
        </w:tc>
      </w:tr>
    </w:tbl>
    <w:p>
      <w:pPr>
        <w:pStyle w:val="SectionJP"/>
        <w:keepLines/>
      </w:pPr>
      <w:r>
        <w:t>05  事業としての独自性・競合や代替手段</w:t>
      </w:r>
    </w:p>
    <w:p>
      <w:pPr>
        <w:pStyle w:val="HintJP"/>
      </w:pPr>
      <w:r>
        <w:t>既存の商品・サービスと比べた特徴、地域の資源との関係、顧客が選ぶ理由について記載してください。</w:t>
      </w:r>
    </w:p>
    <w:tbl>
      <w:tblPr>
        <w:tblW w:type="auto" w:w="0"/>
        <w:tblLayout w:type="fixed"/>
        <w:tblLook w:firstColumn="1" w:firstRow="1" w:lastColumn="0" w:lastRow="0" w:noHBand="0" w:noVBand="1" w:val="04A0"/>
      </w:tblPr>
      <w:tblGrid>
        <w:gridCol w:w="9581"/>
      </w:tblGrid>
      <w:tr>
        <w:trPr>
          <w:cantSplit/>
        </w:trPr>
        <w:tc>
          <w:tcPr>
            <w:tcW w:type="dxa" w:w="9582"/>
            <w:tcBorders>
              <w:top w:val="single" w:sz="5" w:color="C9D5CE"/>
              <w:left w:val="single" w:sz="5" w:color="C9D5CE"/>
              <w:bottom w:val="single" w:sz="5" w:color="C9D5CE"/>
              <w:right w:val="single" w:sz="5" w:color="C9D5CE"/>
            </w:tcBorders>
            <w:tcMar>
              <w:top w:w="160" w:type="dxa"/>
              <w:start w:w="190" w:type="dxa"/>
              <w:bottom w:w="140" w:type="dxa"/>
              <w:end w:w="190" w:type="dxa"/>
            </w:tcMar>
          </w:tcPr>
          <w:p>
            <w:pPr/>
            <w:r>
              <w:rPr>
                <w:color w:val="5C6E69"/>
              </w:rPr>
              <w:t>〈ここに記入してください〉</w:t>
            </w:r>
          </w:p>
          <w:p>
            <w:pPr>
              <w:spacing w:after="100" w:line="240" w:lineRule="auto"/>
            </w:pPr>
            <w:r>
              <w:t xml:space="preserve"> </w:t>
            </w:r>
          </w:p>
          <w:p>
            <w:pPr>
              <w:spacing w:after="100" w:line="240" w:lineRule="auto"/>
            </w:pPr>
            <w:r>
              <w:t xml:space="preserve"> </w:t>
            </w:r>
          </w:p>
          <w:p>
            <w:pPr>
              <w:spacing w:after="100" w:line="240" w:lineRule="auto"/>
            </w:pPr>
            <w:r>
              <w:t xml:space="preserve"> </w:t>
            </w:r>
          </w:p>
        </w:tc>
      </w:tr>
    </w:tbl>
    <w:p>
      <w:pPr>
        <w:spacing w:after="0"/>
      </w:pPr>
    </w:p>
    <w:p>
      <w:pPr>
        <w:pStyle w:val="SectionJP"/>
        <w:keepLines/>
      </w:pPr>
      <w:r>
        <w:t>06  地域の人々・自然環境との関わり</w:t>
      </w:r>
    </w:p>
    <w:p>
      <w:pPr>
        <w:pStyle w:val="HintJP"/>
      </w:pPr>
      <w:r>
        <w:t>住民・生産者・事業者等の意向を尊重するための対応、自然環境への負荷、利用許可・合意が必要な事項を整理してください。協力が未確定の場合は、その旨を記載してください。</w:t>
      </w:r>
    </w:p>
    <w:tbl>
      <w:tblPr>
        <w:tblW w:type="auto" w:w="0"/>
        <w:tblLayout w:type="fixed"/>
        <w:tblLook w:firstColumn="1" w:firstRow="1" w:lastColumn="0" w:lastRow="0" w:noHBand="0" w:noVBand="1" w:val="04A0"/>
      </w:tblPr>
      <w:tblGrid>
        <w:gridCol w:w="9581"/>
      </w:tblGrid>
      <w:tr>
        <w:trPr>
          <w:cantSplit/>
        </w:trPr>
        <w:tc>
          <w:tcPr>
            <w:tcW w:type="dxa" w:w="9582"/>
            <w:tcBorders>
              <w:top w:val="single" w:sz="5" w:color="C9D5CE"/>
              <w:left w:val="single" w:sz="5" w:color="C9D5CE"/>
              <w:bottom w:val="single" w:sz="5" w:color="C9D5CE"/>
              <w:right w:val="single" w:sz="5" w:color="C9D5CE"/>
            </w:tcBorders>
            <w:tcMar>
              <w:top w:w="160" w:type="dxa"/>
              <w:start w:w="190" w:type="dxa"/>
              <w:bottom w:w="140" w:type="dxa"/>
              <w:end w:w="190" w:type="dxa"/>
            </w:tcMar>
          </w:tcPr>
          <w:p>
            <w:pPr/>
            <w:r>
              <w:rPr>
                <w:color w:val="5C6E69"/>
              </w:rPr>
              <w:t>〈ここに記入してください〉</w:t>
            </w:r>
          </w:p>
          <w:p>
            <w:pPr>
              <w:spacing w:after="100" w:line="240" w:lineRule="auto"/>
            </w:pPr>
            <w:r>
              <w:t xml:space="preserve"> </w:t>
            </w:r>
          </w:p>
          <w:p>
            <w:pPr>
              <w:spacing w:after="100" w:line="240" w:lineRule="auto"/>
            </w:pPr>
            <w:r>
              <w:t xml:space="preserve"> </w:t>
            </w:r>
          </w:p>
          <w:p>
            <w:pPr>
              <w:spacing w:after="100" w:line="240" w:lineRule="auto"/>
            </w:pPr>
            <w:r>
              <w:t xml:space="preserve"> </w:t>
            </w:r>
          </w:p>
          <w:p>
            <w:pPr>
              <w:spacing w:after="100" w:line="240" w:lineRule="auto"/>
            </w:pPr>
            <w:r>
              <w:t xml:space="preserve"> </w:t>
            </w:r>
          </w:p>
        </w:tc>
      </w:tr>
    </w:tbl>
    <w:p>
      <w:pPr>
        <w:spacing w:after="0"/>
      </w:pPr>
    </w:p>
    <w:p>
      <w:r>
        <w:br w:type="page"/>
      </w:r>
    </w:p>
    <w:p>
      <w:pPr>
        <w:pStyle w:val="SectionJP"/>
        <w:keepLines/>
      </w:pPr>
      <w:r>
        <w:t>07  実現に向けた検証と行動計画</w:t>
      </w:r>
    </w:p>
    <w:p>
      <w:pPr>
        <w:pStyle w:val="HintJP"/>
      </w:pPr>
      <w:r>
        <w:t>地域でまず誰に会い、何を試し、どのような反応を確認するか。小さな検証から進めるための計画を記載してください。</w:t>
      </w:r>
    </w:p>
    <w:tbl>
      <w:tblPr>
        <w:tblW w:type="auto" w:w="0"/>
        <w:jc w:val="center"/>
        <w:tblLayout w:type="fixed"/>
        <w:tblLook w:firstColumn="1" w:firstRow="1" w:lastColumn="0" w:lastRow="0" w:noHBand="0" w:noVBand="1" w:val="04A0"/>
      </w:tblPr>
      <w:tblGrid>
        <w:gridCol w:w="3005"/>
        <w:gridCol w:w="6576"/>
      </w:tblGrid>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初期段階（着任～3か月）</w:t>
            </w:r>
          </w:p>
        </w:tc>
        <w:tc>
          <w:tcPr>
            <w:tcW w:type="dxa" w:w="6576"/>
            <w:tcMar>
              <w:top w:w="75" w:type="dxa"/>
              <w:start w:w="125" w:type="dxa"/>
              <w:bottom w:w="75" w:type="dxa"/>
              <w:end w:w="125" w:type="dxa"/>
            </w:tcMar>
            <w:tcBorders>
              <w:bottom w:val="single" w:sz="5" w:color="C9D5CE"/>
            </w:tcBorders>
            <w:vAlign w:val="center"/>
          </w:tcPr>
          <w:p>
            <w:pPr/>
            <w:r>
              <w:rPr>
                <w:color w:val="5C6E69"/>
              </w:rPr>
              <w:t>〈地域理解、関係者への相談、顧客確認、試作等〉</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次の段階（4～6か月）</w:t>
            </w:r>
          </w:p>
        </w:tc>
        <w:tc>
          <w:tcPr>
            <w:tcW w:type="dxa" w:w="6576"/>
            <w:tcMar>
              <w:top w:w="75" w:type="dxa"/>
              <w:start w:w="125" w:type="dxa"/>
              <w:bottom w:w="75" w:type="dxa"/>
              <w:end w:w="125" w:type="dxa"/>
            </w:tcMar>
            <w:tcBorders>
              <w:bottom w:val="single" w:sz="5" w:color="C9D5CE"/>
            </w:tcBorders>
            <w:vAlign w:val="center"/>
          </w:tcPr>
          <w:p>
            <w:pPr/>
            <w:r>
              <w:rPr>
                <w:color w:val="5C6E69"/>
              </w:rPr>
              <w:t>〈利用者への試行、改善、販売可能性等の確認〉</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その後（7～12か月）</w:t>
            </w:r>
          </w:p>
        </w:tc>
        <w:tc>
          <w:tcPr>
            <w:tcW w:type="dxa" w:w="6576"/>
            <w:tcMar>
              <w:top w:w="75" w:type="dxa"/>
              <w:start w:w="125" w:type="dxa"/>
              <w:bottom w:w="75" w:type="dxa"/>
              <w:end w:w="125" w:type="dxa"/>
            </w:tcMar>
            <w:tcBorders>
              <w:bottom w:val="single" w:sz="5" w:color="C9D5CE"/>
            </w:tcBorders>
            <w:vAlign w:val="center"/>
          </w:tcPr>
          <w:p>
            <w:pPr/>
            <w:r>
              <w:rPr>
                <w:color w:val="5C6E69"/>
              </w:rPr>
              <w:t>〈結果を踏まえた改良、事業の具体化等〉</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確認する指標・方法</w:t>
            </w:r>
          </w:p>
        </w:tc>
        <w:tc>
          <w:tcPr>
            <w:tcW w:type="dxa" w:w="6576"/>
            <w:tcMar>
              <w:top w:w="75" w:type="dxa"/>
              <w:start w:w="125" w:type="dxa"/>
              <w:bottom w:w="75" w:type="dxa"/>
              <w:end w:w="125" w:type="dxa"/>
            </w:tcMar>
            <w:tcBorders>
              <w:bottom w:val="single" w:sz="5" w:color="C9D5CE"/>
            </w:tcBorders>
            <w:vAlign w:val="center"/>
          </w:tcPr>
          <w:p>
            <w:pPr/>
            <w:r>
              <w:rPr>
                <w:color w:val="5C6E69"/>
              </w:rPr>
              <w:t>〈顧客の反応、試行回数、原価・価格、協力者等〉</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任期延長時の構想（任意）</w:t>
            </w:r>
          </w:p>
        </w:tc>
        <w:tc>
          <w:tcPr>
            <w:tcW w:type="dxa" w:w="6576"/>
            <w:tcMar>
              <w:top w:w="75" w:type="dxa"/>
              <w:start w:w="125" w:type="dxa"/>
              <w:bottom w:w="75" w:type="dxa"/>
              <w:end w:w="125" w:type="dxa"/>
            </w:tcMar>
            <w:tcBorders>
              <w:bottom w:val="single" w:sz="5" w:color="C9D5CE"/>
            </w:tcBorders>
            <w:vAlign w:val="center"/>
          </w:tcPr>
          <w:p>
            <w:pPr/>
            <w:r>
              <w:rPr>
                <w:color w:val="5C6E69"/>
              </w:rPr>
              <w:t>〈2～3年目に検討したい展開。延長を保証するものではありません〉</w:t>
            </w:r>
          </w:p>
        </w:tc>
      </w:tr>
    </w:tbl>
    <w:p>
      <w:pPr>
        <w:pStyle w:val="SectionJP"/>
        <w:keepLines/>
      </w:pPr>
      <w:r>
        <w:t>08  収益の仕組み・採算の見通し</w:t>
      </w:r>
    </w:p>
    <w:p>
      <w:pPr>
        <w:pStyle w:val="HintJP"/>
      </w:pPr>
      <w:r>
        <w:t>価格・販売方法・想定数量・主な経費などを現時点の仮説として示してください。金額の根拠や未確定事項があれば記載してください。</w:t>
      </w:r>
    </w:p>
    <w:tbl>
      <w:tblPr>
        <w:tblW w:type="auto" w:w="0"/>
        <w:jc w:val="center"/>
        <w:tblLayout w:type="fixed"/>
        <w:tblLook w:firstColumn="1" w:firstRow="1" w:lastColumn="0" w:lastRow="0" w:noHBand="0" w:noVBand="1" w:val="04A0"/>
      </w:tblPr>
      <w:tblGrid>
        <w:gridCol w:w="3005"/>
        <w:gridCol w:w="6576"/>
      </w:tblGrid>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収入の得方</w:t>
            </w:r>
          </w:p>
        </w:tc>
        <w:tc>
          <w:tcPr>
            <w:tcW w:type="dxa" w:w="6576"/>
            <w:tcMar>
              <w:top w:w="75" w:type="dxa"/>
              <w:start w:w="125" w:type="dxa"/>
              <w:bottom w:w="75" w:type="dxa"/>
              <w:end w:w="125" w:type="dxa"/>
            </w:tcMar>
            <w:tcBorders>
              <w:bottom w:val="single" w:sz="5" w:color="C9D5CE"/>
            </w:tcBorders>
            <w:vAlign w:val="center"/>
          </w:tcPr>
          <w:p>
            <w:pPr/>
            <w:r>
              <w:rPr>
                <w:color w:val="5C6E69"/>
              </w:rPr>
              <w:t>〈商品販売・体験料・業務受託等〉</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想定顧客と販売経路</w:t>
            </w:r>
          </w:p>
        </w:tc>
        <w:tc>
          <w:tcPr>
            <w:tcW w:type="dxa" w:w="6576"/>
            <w:tcMar>
              <w:top w:w="75" w:type="dxa"/>
              <w:start w:w="125" w:type="dxa"/>
              <w:bottom w:w="75" w:type="dxa"/>
              <w:end w:w="125" w:type="dxa"/>
            </w:tcMar>
            <w:tcBorders>
              <w:bottom w:val="single" w:sz="5" w:color="C9D5CE"/>
            </w:tcBorders>
            <w:vAlign w:val="center"/>
          </w:tcPr>
          <w:p>
            <w:pPr/>
            <w:r>
              <w:rPr>
                <w:color w:val="5C6E69"/>
              </w:rPr>
              <w:t>〈直販・店舗・企業向け等〉</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価格・売上の仮説</w:t>
            </w:r>
          </w:p>
        </w:tc>
        <w:tc>
          <w:tcPr>
            <w:tcW w:type="dxa" w:w="6576"/>
            <w:tcMar>
              <w:top w:w="75" w:type="dxa"/>
              <w:start w:w="125" w:type="dxa"/>
              <w:bottom w:w="75" w:type="dxa"/>
              <w:end w:w="125" w:type="dxa"/>
            </w:tcMar>
            <w:tcBorders>
              <w:bottom w:val="single" w:sz="5" w:color="C9D5CE"/>
            </w:tcBorders>
            <w:vAlign w:val="center"/>
          </w:tcPr>
          <w:p>
            <w:pPr/>
            <w:r>
              <w:rPr>
                <w:color w:val="5C6E69"/>
              </w:rPr>
              <w:t>〈価格帯・数量・頻度など、仮置きで可〉</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主な費用</w:t>
            </w:r>
          </w:p>
        </w:tc>
        <w:tc>
          <w:tcPr>
            <w:tcW w:type="dxa" w:w="6576"/>
            <w:tcMar>
              <w:top w:w="75" w:type="dxa"/>
              <w:start w:w="125" w:type="dxa"/>
              <w:bottom w:w="75" w:type="dxa"/>
              <w:end w:w="125" w:type="dxa"/>
            </w:tcMar>
            <w:tcBorders>
              <w:bottom w:val="single" w:sz="5" w:color="C9D5CE"/>
            </w:tcBorders>
            <w:vAlign w:val="center"/>
          </w:tcPr>
          <w:p>
            <w:pPr/>
            <w:r>
              <w:rPr>
                <w:color w:val="5C6E69"/>
              </w:rPr>
              <w:t>〈原材料・物流・人件費・場所・設備・保険等〉</w:t>
            </w:r>
          </w:p>
        </w:tc>
      </w:tr>
    </w:tbl>
    <w:p>
      <w:pPr>
        <w:pStyle w:val="SectionJP"/>
        <w:keepLines/>
      </w:pPr>
      <w:r>
        <w:t>09  現時点の課題・検証すべき前提</w:t>
      </w:r>
    </w:p>
    <w:p>
      <w:pPr>
        <w:pStyle w:val="HintJP"/>
      </w:pPr>
      <w:r>
        <w:t>未検証の顧客需要、原料・場所の確保、制度・許認可、資金、協力者などについて記載してください。</w:t>
      </w:r>
    </w:p>
    <w:tbl>
      <w:tblPr>
        <w:tblW w:type="auto" w:w="0"/>
        <w:tblLayout w:type="fixed"/>
        <w:tblLook w:firstColumn="1" w:firstRow="1" w:lastColumn="0" w:lastRow="0" w:noHBand="0" w:noVBand="1" w:val="04A0"/>
      </w:tblPr>
      <w:tblGrid>
        <w:gridCol w:w="9581"/>
      </w:tblGrid>
      <w:tr>
        <w:trPr>
          <w:cantSplit/>
        </w:trPr>
        <w:tc>
          <w:tcPr>
            <w:tcW w:type="dxa" w:w="9582"/>
            <w:tcBorders>
              <w:top w:val="single" w:sz="5" w:color="C9D5CE"/>
              <w:left w:val="single" w:sz="5" w:color="C9D5CE"/>
              <w:bottom w:val="single" w:sz="5" w:color="C9D5CE"/>
              <w:right w:val="single" w:sz="5" w:color="C9D5CE"/>
            </w:tcBorders>
            <w:tcMar>
              <w:top w:w="160" w:type="dxa"/>
              <w:start w:w="190" w:type="dxa"/>
              <w:bottom w:w="140" w:type="dxa"/>
              <w:end w:w="190" w:type="dxa"/>
            </w:tcMar>
          </w:tcPr>
          <w:p>
            <w:pPr/>
            <w:r>
              <w:rPr>
                <w:color w:val="5C6E69"/>
              </w:rPr>
              <w:t>〈ここに記入してください〉</w:t>
            </w:r>
          </w:p>
          <w:p>
            <w:pPr>
              <w:spacing w:after="100" w:line="240" w:lineRule="auto"/>
            </w:pPr>
            <w:r>
              <w:t xml:space="preserve"> </w:t>
            </w:r>
          </w:p>
          <w:p>
            <w:pPr>
              <w:spacing w:after="100" w:line="240" w:lineRule="auto"/>
            </w:pPr>
            <w:r>
              <w:t xml:space="preserve"> </w:t>
            </w:r>
          </w:p>
        </w:tc>
      </w:tr>
    </w:tbl>
    <w:p>
      <w:pPr>
        <w:spacing w:after="0"/>
      </w:pPr>
    </w:p>
    <w:p>
      <w:r>
        <w:br w:type="page"/>
      </w:r>
    </w:p>
    <w:p>
      <w:pPr>
        <w:pStyle w:val="SectionJP"/>
        <w:keepLines/>
      </w:pPr>
      <w:r>
        <w:t>10  必要な協力・準備と安全への配慮</w:t>
      </w:r>
    </w:p>
    <w:p>
      <w:pPr>
        <w:pStyle w:val="HintJP"/>
      </w:pPr>
      <w:r>
        <w:t>地域住民や事業者との調整、許認可、環境への影響、安全対策、個人情報等に関して、事業開始前に確認すべきことを記載してください。</w:t>
      </w:r>
    </w:p>
    <w:tbl>
      <w:tblPr>
        <w:tblW w:type="auto" w:w="0"/>
        <w:tblLayout w:type="fixed"/>
        <w:tblLook w:firstColumn="1" w:firstRow="1" w:lastColumn="0" w:lastRow="0" w:noHBand="0" w:noVBand="1" w:val="04A0"/>
      </w:tblPr>
      <w:tblGrid>
        <w:gridCol w:w="9581"/>
      </w:tblGrid>
      <w:tr>
        <w:trPr>
          <w:cantSplit/>
        </w:trPr>
        <w:tc>
          <w:tcPr>
            <w:tcW w:type="dxa" w:w="9582"/>
            <w:tcBorders>
              <w:top w:val="single" w:sz="5" w:color="C9D5CE"/>
              <w:left w:val="single" w:sz="5" w:color="C9D5CE"/>
              <w:bottom w:val="single" w:sz="5" w:color="C9D5CE"/>
              <w:right w:val="single" w:sz="5" w:color="C9D5CE"/>
            </w:tcBorders>
            <w:tcMar>
              <w:top w:w="160" w:type="dxa"/>
              <w:start w:w="190" w:type="dxa"/>
              <w:bottom w:w="140" w:type="dxa"/>
              <w:end w:w="190" w:type="dxa"/>
            </w:tcMar>
          </w:tcPr>
          <w:p>
            <w:pPr/>
            <w:r>
              <w:rPr>
                <w:color w:val="5C6E69"/>
              </w:rPr>
              <w:t>〈ここに記入してください〉</w:t>
            </w:r>
          </w:p>
          <w:p>
            <w:pPr>
              <w:spacing w:after="100" w:line="240" w:lineRule="auto"/>
            </w:pPr>
            <w:r>
              <w:t xml:space="preserve"> </w:t>
            </w:r>
          </w:p>
          <w:p>
            <w:pPr>
              <w:spacing w:after="100" w:line="240" w:lineRule="auto"/>
            </w:pPr>
            <w:r>
              <w:t xml:space="preserve"> </w:t>
            </w:r>
          </w:p>
          <w:p>
            <w:pPr>
              <w:spacing w:after="100" w:line="240" w:lineRule="auto"/>
            </w:pPr>
            <w:r>
              <w:t xml:space="preserve"> </w:t>
            </w:r>
          </w:p>
        </w:tc>
      </w:tr>
    </w:tbl>
    <w:p>
      <w:pPr>
        <w:spacing w:after="0"/>
      </w:pPr>
    </w:p>
    <w:p>
      <w:pPr>
        <w:pStyle w:val="SectionJP"/>
        <w:keepLines/>
      </w:pPr>
      <w:r>
        <w:t>11  資金・経費の見通し（任意）</w:t>
      </w:r>
    </w:p>
    <w:p>
      <w:pPr>
        <w:pStyle w:val="HintJP"/>
      </w:pPr>
      <w:r>
        <w:t>大まかな概算で構いません。ここでの記載は活動費や設備等の支給を確約するものではありません。</w:t>
      </w:r>
    </w:p>
    <w:tbl>
      <w:tblPr>
        <w:tblW w:type="auto" w:w="0"/>
        <w:jc w:val="center"/>
        <w:tblLayout w:type="fixed"/>
        <w:tblLook w:firstColumn="1" w:firstRow="1" w:lastColumn="0" w:lastRow="0" w:noHBand="0" w:noVBand="1" w:val="04A0"/>
      </w:tblPr>
      <w:tblGrid>
        <w:gridCol w:w="3005"/>
        <w:gridCol w:w="6576"/>
      </w:tblGrid>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初期費用の概算</w:t>
            </w:r>
          </w:p>
        </w:tc>
        <w:tc>
          <w:tcPr>
            <w:tcW w:type="dxa" w:w="6576"/>
            <w:tcMar>
              <w:top w:w="75" w:type="dxa"/>
              <w:start w:w="125" w:type="dxa"/>
              <w:bottom w:w="75" w:type="dxa"/>
              <w:end w:w="125" w:type="dxa"/>
            </w:tcMar>
            <w:tcBorders>
              <w:bottom w:val="single" w:sz="5" w:color="C9D5CE"/>
            </w:tcBorders>
            <w:vAlign w:val="center"/>
          </w:tcPr>
          <w:p>
            <w:pPr/>
            <w:r>
              <w:rPr>
                <w:color w:val="5C6E69"/>
              </w:rPr>
              <w:t>〈必要な設備・試作・準備費等〉</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事業運営費の概算</w:t>
            </w:r>
          </w:p>
        </w:tc>
        <w:tc>
          <w:tcPr>
            <w:tcW w:type="dxa" w:w="6576"/>
            <w:tcMar>
              <w:top w:w="75" w:type="dxa"/>
              <w:start w:w="125" w:type="dxa"/>
              <w:bottom w:w="75" w:type="dxa"/>
              <w:end w:w="125" w:type="dxa"/>
            </w:tcMar>
            <w:tcBorders>
              <w:bottom w:val="single" w:sz="5" w:color="C9D5CE"/>
            </w:tcBorders>
            <w:vAlign w:val="center"/>
          </w:tcPr>
          <w:p>
            <w:pPr/>
            <w:r>
              <w:rPr>
                <w:color w:val="5C6E69"/>
              </w:rPr>
              <w:t>〈主な費用と月額・年額の見込み〉</w:t>
            </w:r>
          </w:p>
        </w:tc>
      </w:tr>
      <w:tr>
        <w:trPr>
          <w:cantSplit/>
        </w:trPr>
        <w:tc>
          <w:tcPr>
            <w:tcW w:type="dxa" w:w="3005"/>
            <w:tcMar>
              <w:top w:w="75" w:type="dxa"/>
              <w:start w:w="125" w:type="dxa"/>
              <w:bottom w:w="75" w:type="dxa"/>
              <w:end w:w="125" w:type="dxa"/>
            </w:tcMar>
            <w:tcBorders>
              <w:bottom w:val="single" w:sz="5" w:color="C9D5CE"/>
            </w:tcBorders>
            <w:vAlign w:val="center"/>
            <w:shd w:fill="F4F7F5"/>
          </w:tcPr>
          <w:p>
            <w:pPr>
              <w:pStyle w:val="TableKeyJP"/>
            </w:pPr>
            <w:r>
              <w:t>資金・調達方法</w:t>
            </w:r>
          </w:p>
        </w:tc>
        <w:tc>
          <w:tcPr>
            <w:tcW w:type="dxa" w:w="6576"/>
            <w:tcMar>
              <w:top w:w="75" w:type="dxa"/>
              <w:start w:w="125" w:type="dxa"/>
              <w:bottom w:w="75" w:type="dxa"/>
              <w:end w:w="125" w:type="dxa"/>
            </w:tcMar>
            <w:tcBorders>
              <w:bottom w:val="single" w:sz="5" w:color="C9D5CE"/>
            </w:tcBorders>
            <w:vAlign w:val="center"/>
          </w:tcPr>
          <w:p>
            <w:pPr/>
            <w:r>
              <w:rPr>
                <w:color w:val="5C6E69"/>
              </w:rPr>
              <w:t>〈自己資金、売上、外部資金等の検討状況〉</w:t>
            </w:r>
          </w:p>
        </w:tc>
      </w:tr>
    </w:tbl>
    <w:p>
      <w:pPr>
        <w:pStyle w:val="SectionJP"/>
        <w:keepLines/>
      </w:pPr>
      <w:r>
        <w:t>12  地域活動・定住・事業継続の展望</w:t>
      </w:r>
    </w:p>
    <w:p>
      <w:pPr>
        <w:pStyle w:val="HintJP"/>
      </w:pPr>
      <w:r>
        <w:t>地域行事などへの参加の考え方、任期終了後の事業継続・定住に向けた構想を記載してください。</w:t>
      </w:r>
    </w:p>
    <w:tbl>
      <w:tblPr>
        <w:tblW w:type="auto" w:w="0"/>
        <w:tblLayout w:type="fixed"/>
        <w:tblLook w:firstColumn="1" w:firstRow="1" w:lastColumn="0" w:lastRow="0" w:noHBand="0" w:noVBand="1" w:val="04A0"/>
      </w:tblPr>
      <w:tblGrid>
        <w:gridCol w:w="9581"/>
      </w:tblGrid>
      <w:tr>
        <w:trPr>
          <w:cantSplit/>
        </w:trPr>
        <w:tc>
          <w:tcPr>
            <w:tcW w:type="dxa" w:w="9582"/>
            <w:tcBorders>
              <w:top w:val="single" w:sz="5" w:color="C9D5CE"/>
              <w:left w:val="single" w:sz="5" w:color="C9D5CE"/>
              <w:bottom w:val="single" w:sz="5" w:color="C9D5CE"/>
              <w:right w:val="single" w:sz="5" w:color="C9D5CE"/>
            </w:tcBorders>
            <w:tcMar>
              <w:top w:w="160" w:type="dxa"/>
              <w:start w:w="190" w:type="dxa"/>
              <w:bottom w:w="140" w:type="dxa"/>
              <w:end w:w="190" w:type="dxa"/>
            </w:tcMar>
          </w:tcPr>
          <w:p>
            <w:pPr/>
            <w:r>
              <w:rPr>
                <w:color w:val="5C6E69"/>
              </w:rPr>
              <w:t>〈ここに記入してください〉</w:t>
            </w:r>
          </w:p>
          <w:p>
            <w:pPr>
              <w:spacing w:after="100" w:line="240" w:lineRule="auto"/>
            </w:pPr>
            <w:r>
              <w:t xml:space="preserve"> </w:t>
            </w:r>
          </w:p>
          <w:p>
            <w:pPr>
              <w:spacing w:after="100" w:line="240" w:lineRule="auto"/>
            </w:pPr>
            <w:r>
              <w:t xml:space="preserve"> </w:t>
            </w:r>
          </w:p>
          <w:p>
            <w:pPr>
              <w:spacing w:after="100" w:line="240" w:lineRule="auto"/>
            </w:pPr>
            <w:r>
              <w:t xml:space="preserve"> </w:t>
            </w:r>
          </w:p>
        </w:tc>
      </w:tr>
    </w:tbl>
    <w:p>
      <w:pPr>
        <w:spacing w:after="0"/>
      </w:pPr>
    </w:p>
    <w:p>
      <w:pPr>
        <w:pStyle w:val="SectionJP"/>
        <w:keepLines/>
      </w:pPr>
      <w:r>
        <w:t>13  関連する実績・補足資料（任意）</w:t>
      </w:r>
    </w:p>
    <w:p>
      <w:pPr>
        <w:pStyle w:val="HintJP"/>
      </w:pPr>
      <w:r>
        <w:t>作品・商品写真・活動実績・Webサイト・SNSなど、応募内容を理解するための資料があれば記載してください。公開に支障のある情報・第三者の個人情報は記載しないでください。</w:t>
      </w:r>
    </w:p>
    <w:tbl>
      <w:tblPr>
        <w:tblW w:type="auto" w:w="0"/>
        <w:tblLayout w:type="fixed"/>
        <w:tblLook w:firstColumn="1" w:firstRow="1" w:lastColumn="0" w:lastRow="0" w:noHBand="0" w:noVBand="1" w:val="04A0"/>
      </w:tblPr>
      <w:tblGrid>
        <w:gridCol w:w="9581"/>
      </w:tblGrid>
      <w:tr>
        <w:trPr>
          <w:cantSplit/>
        </w:trPr>
        <w:tc>
          <w:tcPr>
            <w:tcW w:type="dxa" w:w="9582"/>
            <w:tcBorders>
              <w:top w:val="single" w:sz="5" w:color="C9D5CE"/>
              <w:left w:val="single" w:sz="5" w:color="C9D5CE"/>
              <w:bottom w:val="single" w:sz="5" w:color="C9D5CE"/>
              <w:right w:val="single" w:sz="5" w:color="C9D5CE"/>
            </w:tcBorders>
            <w:tcMar>
              <w:top w:w="160" w:type="dxa"/>
              <w:start w:w="190" w:type="dxa"/>
              <w:bottom w:w="140" w:type="dxa"/>
              <w:end w:w="190" w:type="dxa"/>
            </w:tcMar>
          </w:tcPr>
          <w:p>
            <w:pPr/>
            <w:r>
              <w:rPr>
                <w:color w:val="5C6E69"/>
              </w:rPr>
              <w:t>〈ここに記入してください〉</w:t>
            </w:r>
          </w:p>
          <w:p>
            <w:pPr>
              <w:spacing w:after="100" w:line="240" w:lineRule="auto"/>
            </w:pPr>
            <w:r>
              <w:t xml:space="preserve"> </w:t>
            </w:r>
          </w:p>
          <w:p>
            <w:pPr>
              <w:spacing w:after="100" w:line="240" w:lineRule="auto"/>
            </w:pPr>
            <w:r>
              <w:t xml:space="preserve"> </w:t>
            </w:r>
          </w:p>
        </w:tc>
      </w:tr>
    </w:tbl>
    <w:p>
      <w:pPr>
        <w:spacing w:after="0"/>
      </w:pPr>
    </w:p>
    <w:p>
      <w:pPr>
        <w:pStyle w:val="SectionJP"/>
      </w:pPr>
      <w:r>
        <w:t>提出方法</w:t>
      </w:r>
      <w:r>
        <w:t xml:space="preserve">　</w:t>
      </w:r>
    </w:p>
    <w:p>
      <w:pPr/>
      <w:r>
        <w:t>本書類と「事業概要（ポートフォリオ）」を記入し、運転免許証の写しとともに office@ncit.site へメール添付で送付してください。</w:t>
      </w:r>
    </w:p>
    <w:p>
      <w:pPr>
        <w:pStyle w:val="SmallJP"/>
      </w:pPr>
      <w:r>
        <w:t>応募締切：2027年1月12日（火）17:00（日本時間）。メール件名の例：【起業型地域おこし協力隊応募】氏名</w:t>
      </w:r>
    </w:p>
    <w:p>
      <w:pPr>
        <w:pStyle w:val="SmallJP"/>
      </w:pPr>
      <w:r>
        <w:t>事前相談フォームへの送信は正式な応募にはなりません。個人情報が含まれるため、書類の送付先を必ず確認してください。</w:t>
      </w:r>
    </w:p>
    <w:sectPr w:rsidR="00FC693F" w:rsidRPr="0006063C" w:rsidSect="00034616">
      <w:headerReference w:type="default" r:id="rId9"/>
      <w:footerReference w:type="default" r:id="rId10"/>
      <w:pgSz w:w="11906" w:h="16838"/>
      <w:pgMar w:top="1151" w:right="1162" w:bottom="1009" w:left="1162" w:header="493" w:footer="52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BIZ UDPGothic" w:hAnsi="BIZ UDPGothic"/>
        <w:color w:val="5C6E69"/>
        <w:sz w:val="16"/>
      </w:rPr>
      <w:t xml:space="preserve">事業概要（ポートフォリオ）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JP"/>
      <w:jc w:val="right"/>
    </w:pPr>
    <w:r>
      <w:rPr>
        <w:color w:val="5C6E69"/>
      </w:rPr>
      <w:t>鳥取市 起業型地域おこし協力隊  ｜  令和8年度募集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07" w:lineRule="auto"/>
    </w:pPr>
    <w:rPr>
      <w:rFonts w:ascii="BIZ UDPGothic" w:hAnsi="BIZ UDPGothic" w:eastAsia="BIZ UDPGothic"/>
      <w:b w:val="0"/>
      <w:color w:val="203832"/>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JP">
    <w:name w:val="DocTitleJP"/>
    <w:basedOn w:val="Normal"/>
    <w:pPr>
      <w:keepNext w:val="0"/>
      <w:spacing w:before="0" w:after="140"/>
    </w:pPr>
    <w:rPr>
      <w:rFonts w:ascii="BIZ UDPGothic" w:hAnsi="BIZ UDPGothic" w:eastAsia="BIZ UDPGothic"/>
      <w:b/>
      <w:color w:val="174C40"/>
      <w:sz w:val="34"/>
    </w:rPr>
  </w:style>
  <w:style w:type="paragraph" w:customStyle="1" w:styleId="SectionJP">
    <w:name w:val="SectionJP"/>
    <w:basedOn w:val="Normal"/>
    <w:pPr>
      <w:keepNext/>
      <w:spacing w:before="280" w:after="120"/>
    </w:pPr>
    <w:rPr>
      <w:rFonts w:ascii="BIZ UDPGothic" w:hAnsi="BIZ UDPGothic" w:eastAsia="BIZ UDPGothic"/>
      <w:b/>
      <w:color w:val="174C40"/>
      <w:sz w:val="21"/>
    </w:rPr>
  </w:style>
  <w:style w:type="paragraph" w:customStyle="1" w:styleId="HintJP">
    <w:name w:val="HintJP"/>
    <w:basedOn w:val="Normal"/>
    <w:pPr>
      <w:keepNext w:val="0"/>
      <w:spacing w:before="0" w:after="100"/>
    </w:pPr>
    <w:rPr>
      <w:rFonts w:ascii="BIZ UDPGothic" w:hAnsi="BIZ UDPGothic" w:eastAsia="BIZ UDPGothic"/>
      <w:b w:val="0"/>
      <w:color w:val="5C6E69"/>
      <w:sz w:val="16"/>
    </w:rPr>
  </w:style>
  <w:style w:type="paragraph" w:customStyle="1" w:styleId="MinorJP">
    <w:name w:val="MinorJP"/>
    <w:basedOn w:val="Normal"/>
    <w:pPr>
      <w:keepNext/>
      <w:spacing w:before="180" w:after="60"/>
    </w:pPr>
    <w:rPr>
      <w:rFonts w:ascii="BIZ UDPGothic" w:hAnsi="BIZ UDPGothic" w:eastAsia="BIZ UDPGothic"/>
      <w:b/>
      <w:color w:val="203832"/>
      <w:sz w:val="18"/>
    </w:rPr>
  </w:style>
  <w:style w:type="paragraph" w:customStyle="1" w:styleId="SmallJP">
    <w:name w:val="SmallJP"/>
    <w:basedOn w:val="Normal"/>
    <w:pPr>
      <w:keepNext w:val="0"/>
      <w:spacing w:before="80" w:after="80"/>
    </w:pPr>
    <w:rPr>
      <w:rFonts w:ascii="BIZ UDPGothic" w:hAnsi="BIZ UDPGothic" w:eastAsia="BIZ UDPGothic"/>
      <w:b w:val="0"/>
      <w:color w:val="5C6E69"/>
      <w:sz w:val="15"/>
    </w:rPr>
  </w:style>
  <w:style w:type="paragraph" w:customStyle="1" w:styleId="TableKeyJP">
    <w:name w:val="TableKeyJP"/>
    <w:basedOn w:val="Normal"/>
    <w:pPr>
      <w:keepNext w:val="0"/>
      <w:spacing w:before="0" w:after="0"/>
    </w:pPr>
    <w:rPr>
      <w:rFonts w:ascii="BIZ UDPGothic" w:hAnsi="BIZ UDPGothic" w:eastAsia="BIZ UDPGothic"/>
      <w:b/>
      <w:color w:val="203832"/>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